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Jerome F. Booth</w:t>
      </w:r>
    </w:p>
    <w:p>
      <w:r>
        <w:t>3763 Rockville Road</w:t>
        <w:br/>
        <w:t>Indianapolis, IN 46222</w:t>
        <w:br/>
        <w:t>Phone: 317-464-3170</w:t>
        <w:br/>
        <w:t>Email: jerome.booth1@gmail.com</w:t>
      </w:r>
    </w:p>
    <w:p>
      <w:pPr>
        <w:pStyle w:val="Heading2"/>
      </w:pPr>
      <w:r>
        <w:t>Key Qualifications</w:t>
      </w:r>
    </w:p>
    <w:p>
      <w:pPr>
        <w:pStyle w:val="ListBullet"/>
      </w:pPr>
      <w:r>
        <w:t>• Shipping and Receiving</w:t>
      </w:r>
    </w:p>
    <w:p>
      <w:pPr>
        <w:pStyle w:val="ListBullet"/>
      </w:pPr>
      <w:r>
        <w:t>• Picking and Packing</w:t>
      </w:r>
    </w:p>
    <w:p>
      <w:pPr>
        <w:pStyle w:val="ListBullet"/>
      </w:pPr>
      <w:r>
        <w:t>• Inventory and Quality Control</w:t>
      </w:r>
    </w:p>
    <w:p>
      <w:pPr>
        <w:pStyle w:val="ListBullet"/>
      </w:pPr>
      <w:r>
        <w:t>• Forklift Operation</w:t>
      </w:r>
    </w:p>
    <w:p>
      <w:pPr>
        <w:pStyle w:val="ListBullet"/>
      </w:pPr>
      <w:r>
        <w:t>• RFID Tags and Scanners</w:t>
      </w:r>
    </w:p>
    <w:p>
      <w:pPr>
        <w:pStyle w:val="ListBullet"/>
      </w:pPr>
      <w:r>
        <w:t>• Mechanical and Electrical Skills</w:t>
      </w:r>
    </w:p>
    <w:p>
      <w:pPr>
        <w:pStyle w:val="ListBullet"/>
      </w:pPr>
      <w:r>
        <w:t>• Loading and Unloading Trucks</w:t>
      </w:r>
    </w:p>
    <w:p>
      <w:pPr>
        <w:pStyle w:val="ListBullet"/>
      </w:pPr>
      <w:r>
        <w:t>• Cold Storage Warehouse Skills</w:t>
      </w:r>
    </w:p>
    <w:p>
      <w:pPr>
        <w:pStyle w:val="ListBullet"/>
      </w:pPr>
      <w:r>
        <w:t>• Cold Storage Sanitation</w:t>
      </w:r>
    </w:p>
    <w:p>
      <w:pPr>
        <w:pStyle w:val="Heading2"/>
      </w:pPr>
      <w:r>
        <w:t>Work Experience</w:t>
      </w:r>
    </w:p>
    <w:p>
      <w:pPr>
        <w:pStyle w:val="ListBullet"/>
      </w:pPr>
      <w:r>
        <w:t>Custodian / Groundskeeper</w:t>
      </w:r>
    </w:p>
    <w:p>
      <w:pPr/>
      <w:r>
        <w:t>IPS Washington High School (On Demand Temp Service)</w:t>
      </w:r>
    </w:p>
    <w:p>
      <w:pPr/>
      <w:r>
        <w:t>2215 W. Washington St, Indianapolis, IN 46222</w:t>
      </w:r>
    </w:p>
    <w:p>
      <w:pPr/>
      <w:r>
        <w:t>Jan 2025 – Present</w:t>
        <w:br/>
      </w:r>
    </w:p>
    <w:p>
      <w:pPr>
        <w:pStyle w:val="ListBullet"/>
      </w:pPr>
      <w:r>
        <w:t>Cold Storage Forklift Operator</w:t>
      </w:r>
    </w:p>
    <w:p>
      <w:pPr/>
      <w:r>
        <w:t>Americold Logistics</w:t>
      </w:r>
    </w:p>
    <w:p>
      <w:pPr/>
      <w:r>
        <w:t>3320 S. Arlington Ave, Indianapolis, IN 46203</w:t>
      </w:r>
    </w:p>
    <w:p>
      <w:pPr/>
      <w:r>
        <w:t>Feb 2018 – Mar 2023</w:t>
        <w:br/>
      </w:r>
    </w:p>
    <w:p>
      <w:pPr>
        <w:pStyle w:val="ListBullet"/>
      </w:pPr>
      <w:r>
        <w:t>Custodian / Groundskeeper</w:t>
      </w:r>
    </w:p>
    <w:p>
      <w:pPr/>
      <w:r>
        <w:t>IPS Washington High School</w:t>
      </w:r>
    </w:p>
    <w:p>
      <w:pPr/>
    </w:p>
    <w:p>
      <w:pPr/>
      <w:r>
        <w:t>Jan 2016 – Feb 2018</w:t>
        <w:br/>
      </w:r>
    </w:p>
    <w:p>
      <w:pPr>
        <w:pStyle w:val="ListBullet"/>
      </w:pPr>
      <w:r>
        <w:t>Forklift Operator / Baler Assistant / Bobcat &amp; Front Loader Operator</w:t>
      </w:r>
    </w:p>
    <w:p>
      <w:pPr/>
      <w:r>
        <w:t>Ray’s Trash Service</w:t>
      </w:r>
    </w:p>
    <w:p>
      <w:pPr/>
      <w:r>
        <w:t>3434 S. Harding St, Indianapolis, IN 46217</w:t>
      </w:r>
    </w:p>
    <w:p>
      <w:pPr/>
      <w:r>
        <w:t>Jan 2012 – Jan 2016</w:t>
        <w:br/>
      </w:r>
    </w:p>
    <w:p>
      <w:pPr>
        <w:pStyle w:val="Heading2"/>
      </w:pPr>
      <w:r>
        <w:t>Education</w:t>
      </w:r>
    </w:p>
    <w:p>
      <w:r>
        <w:t>Graduate, Tech High School</w:t>
        <w:br/>
        <w:t>Indianapolis, IN</w:t>
        <w:br/>
        <w:t>Class of 1982</w:t>
      </w:r>
    </w:p>
    <w:p>
      <w:pPr>
        <w:pStyle w:val="Heading2"/>
      </w:pPr>
      <w:r>
        <w:t>Military Service</w:t>
      </w:r>
    </w:p>
    <w:p>
      <w:r>
        <w:t>U.S. Navy Veteran</w:t>
        <w:br/>
        <w:t>1982 – 1985</w:t>
        <w:br/>
        <w:t>USS Fulton, New London, CT</w:t>
        <w:br/>
        <w:t>Rank: BMSN (E-3)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