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1D2C6" w14:textId="681C6693" w:rsidR="00F75F59" w:rsidRDefault="00000000">
      <w:pPr>
        <w:pStyle w:val="Title"/>
      </w:pPr>
      <w:r>
        <w:t>Rodri</w:t>
      </w:r>
      <w:r w:rsidR="001769F5">
        <w:t>q</w:t>
      </w:r>
      <w:r>
        <w:t>uez Antonio Clay</w:t>
      </w:r>
    </w:p>
    <w:p w14:paraId="784FDC94" w14:textId="77777777" w:rsidR="00F75F59" w:rsidRDefault="00000000">
      <w:r>
        <w:t>Indianapolis, IN | antonio.clay81@yahoo.com | (317) 644-9978</w:t>
      </w:r>
    </w:p>
    <w:p w14:paraId="2ACE1420" w14:textId="77777777" w:rsidR="00F75F59" w:rsidRDefault="00000000">
      <w:pPr>
        <w:pStyle w:val="Heading1"/>
      </w:pPr>
      <w:r>
        <w:t>Professional Summary</w:t>
      </w:r>
    </w:p>
    <w:p w14:paraId="3EE6DAEE" w14:textId="77777777" w:rsidR="00F75F59" w:rsidRDefault="00000000">
      <w:r>
        <w:t>Dedicated and experienced professional with over 10 years of consistent work history across management, public works, and network engineering. Skilled in team leadership, field operations, and technical project implementation. Known for reliability, strong work ethic, and the ability to deliver results under pressure.</w:t>
      </w:r>
    </w:p>
    <w:p w14:paraId="3969A4FE" w14:textId="77777777" w:rsidR="00F75F59" w:rsidRDefault="00000000">
      <w:pPr>
        <w:pStyle w:val="Heading1"/>
      </w:pPr>
      <w:r>
        <w:t>Work Experience</w:t>
      </w:r>
    </w:p>
    <w:p w14:paraId="24EB7785" w14:textId="77777777" w:rsidR="00F75F59" w:rsidRDefault="00000000">
      <w:pPr>
        <w:pStyle w:val="Heading2"/>
      </w:pPr>
      <w:r>
        <w:t>Manager</w:t>
      </w:r>
    </w:p>
    <w:p w14:paraId="7854FB96" w14:textId="77777777" w:rsidR="00F75F59" w:rsidRDefault="00000000">
      <w:r>
        <w:t>Goodwill Industries – Indianapolis, IN</w:t>
      </w:r>
    </w:p>
    <w:p w14:paraId="6F449443" w14:textId="77777777" w:rsidR="00F75F59" w:rsidRDefault="00000000">
      <w:r>
        <w:t>July 2013 – July 2015</w:t>
      </w:r>
    </w:p>
    <w:p w14:paraId="34F8C866" w14:textId="77777777" w:rsidR="00F75F59" w:rsidRDefault="00000000">
      <w:r>
        <w:t>• Supervised and trained a team of 10+ employees in daily store operations</w:t>
      </w:r>
      <w:r>
        <w:br/>
        <w:t>• Managed inventory, merchandising, and customer service initiatives</w:t>
      </w:r>
      <w:r>
        <w:br/>
        <w:t>• Handled cash flow, financial reporting, and scheduling</w:t>
      </w:r>
    </w:p>
    <w:p w14:paraId="472CC6D9" w14:textId="77777777" w:rsidR="00F75F59" w:rsidRDefault="00000000">
      <w:pPr>
        <w:pStyle w:val="Heading2"/>
      </w:pPr>
      <w:r>
        <w:t>Laborer</w:t>
      </w:r>
    </w:p>
    <w:p w14:paraId="1BD54BD9" w14:textId="77777777" w:rsidR="00F75F59" w:rsidRDefault="00000000">
      <w:r>
        <w:t>Indiana Department of Public Works – Indianapolis, IN</w:t>
      </w:r>
    </w:p>
    <w:p w14:paraId="60CB9594" w14:textId="77777777" w:rsidR="00F75F59" w:rsidRDefault="00000000">
      <w:r>
        <w:t>July 2015 – July 2021</w:t>
      </w:r>
    </w:p>
    <w:p w14:paraId="7D362F1F" w14:textId="77777777" w:rsidR="00F75F59" w:rsidRDefault="00000000">
      <w:r>
        <w:t>• Performed maintenance and repair on public roads and infrastructure</w:t>
      </w:r>
      <w:r>
        <w:br/>
        <w:t>• Operated heavy machinery and tools safely and efficiently</w:t>
      </w:r>
      <w:r>
        <w:br/>
        <w:t>• Collaborated with team members to meet project deadlines</w:t>
      </w:r>
    </w:p>
    <w:p w14:paraId="22BAA8BB" w14:textId="77777777" w:rsidR="00F75F59" w:rsidRDefault="00000000">
      <w:pPr>
        <w:pStyle w:val="Heading2"/>
      </w:pPr>
      <w:r>
        <w:t>Outside Plant Engineer</w:t>
      </w:r>
    </w:p>
    <w:p w14:paraId="6DE7DA22" w14:textId="77777777" w:rsidR="00F75F59" w:rsidRDefault="00000000">
      <w:r>
        <w:t>MASTEC Network Solutions – Indianapolis, IN</w:t>
      </w:r>
    </w:p>
    <w:p w14:paraId="72A84023" w14:textId="4780E737" w:rsidR="00F75F59" w:rsidRDefault="00000000">
      <w:r>
        <w:t xml:space="preserve">July 2021 – </w:t>
      </w:r>
      <w:r w:rsidR="003C11AC">
        <w:t>July 2024</w:t>
      </w:r>
    </w:p>
    <w:p w14:paraId="3BB16D3C" w14:textId="77777777" w:rsidR="00F75F59" w:rsidRDefault="00000000">
      <w:r>
        <w:t>• Designed, reviewed, and approved outside plant (OSP) network plans for fiber optic infrastructure projects</w:t>
      </w:r>
      <w:r>
        <w:br/>
        <w:t>• Managed planning and implementation of new construction, upgrades, and maintenance of telecommunication systems</w:t>
      </w:r>
      <w:r>
        <w:br/>
        <w:t>• Conducted field surveys to assess project sites and identify potential risks or obstacles</w:t>
      </w:r>
      <w:r>
        <w:br/>
        <w:t>• Prepared detailed engineering documentation, including schematics, bill of materials, and cost estimates</w:t>
      </w:r>
      <w:r>
        <w:br/>
      </w:r>
      <w:r>
        <w:lastRenderedPageBreak/>
        <w:t>• Coordinated with contractors, utility companies, and municipal agencies to ensure compliance with regulations</w:t>
      </w:r>
      <w:r>
        <w:br/>
        <w:t>• Utilized AutoCAD, GIS systems, and other engineering software for mapping and project planning</w:t>
      </w:r>
      <w:r>
        <w:br/>
        <w:t>• Delivered projects on time and within budget while maintaining high standards of quality and safety</w:t>
      </w:r>
    </w:p>
    <w:p w14:paraId="20B86DA4" w14:textId="77777777" w:rsidR="00F75F59" w:rsidRDefault="00000000">
      <w:pPr>
        <w:pStyle w:val="Heading1"/>
      </w:pPr>
      <w:r>
        <w:t>Skills</w:t>
      </w:r>
    </w:p>
    <w:p w14:paraId="5E52F40F" w14:textId="77777777" w:rsidR="00F75F59" w:rsidRDefault="00000000">
      <w:r>
        <w:t>• Team Leadership &amp; Training</w:t>
      </w:r>
      <w:r>
        <w:br/>
        <w:t>• Project Management</w:t>
      </w:r>
      <w:r>
        <w:br/>
        <w:t>• Heavy Equipment Operation</w:t>
      </w:r>
      <w:r>
        <w:br/>
        <w:t>• Field Engineering &amp; Surveying</w:t>
      </w:r>
      <w:r>
        <w:br/>
        <w:t>• Network Infrastructure Installation</w:t>
      </w:r>
      <w:r>
        <w:br/>
        <w:t>• Safety Compliance</w:t>
      </w:r>
      <w:r>
        <w:br/>
        <w:t>• Problem Solving &amp; Critical Thinking</w:t>
      </w:r>
    </w:p>
    <w:sectPr w:rsidR="00F75F59"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41118390">
    <w:abstractNumId w:val="8"/>
  </w:num>
  <w:num w:numId="2" w16cid:durableId="1410955206">
    <w:abstractNumId w:val="6"/>
  </w:num>
  <w:num w:numId="3" w16cid:durableId="805196763">
    <w:abstractNumId w:val="5"/>
  </w:num>
  <w:num w:numId="4" w16cid:durableId="1503734748">
    <w:abstractNumId w:val="4"/>
  </w:num>
  <w:num w:numId="5" w16cid:durableId="1179193627">
    <w:abstractNumId w:val="7"/>
  </w:num>
  <w:num w:numId="6" w16cid:durableId="1129083924">
    <w:abstractNumId w:val="3"/>
  </w:num>
  <w:num w:numId="7" w16cid:durableId="945504332">
    <w:abstractNumId w:val="2"/>
  </w:num>
  <w:num w:numId="8" w16cid:durableId="245041070">
    <w:abstractNumId w:val="1"/>
  </w:num>
  <w:num w:numId="9" w16cid:durableId="534660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769F5"/>
    <w:rsid w:val="0029639D"/>
    <w:rsid w:val="00326F90"/>
    <w:rsid w:val="003C11AC"/>
    <w:rsid w:val="0055244D"/>
    <w:rsid w:val="00AA1D8D"/>
    <w:rsid w:val="00B47730"/>
    <w:rsid w:val="00CB0664"/>
    <w:rsid w:val="00F75F5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F83203"/>
  <w14:defaultImageDpi w14:val="300"/>
  <w15:docId w15:val="{FAF5EA22-CF52-4BB3-906D-7265EAFA7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301</Words>
  <Characters>1718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Perry, DaLesa</cp:lastModifiedBy>
  <cp:revision>3</cp:revision>
  <dcterms:created xsi:type="dcterms:W3CDTF">2013-12-23T23:15:00Z</dcterms:created>
  <dcterms:modified xsi:type="dcterms:W3CDTF">2025-08-05T14:07:00Z</dcterms:modified>
  <cp:category/>
</cp:coreProperties>
</file>