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Johnathon Park</w:t>
      </w:r>
    </w:p>
    <w:p>
      <w:r>
        <w:t>Linton, IN 47441 | parkjohnathon17@gmail.com | +1 (812) 699-2182</w:t>
      </w:r>
    </w:p>
    <w:p>
      <w:pPr>
        <w:pStyle w:val="Heading1"/>
      </w:pPr>
      <w:r>
        <w:t>Professional Summary</w:t>
      </w:r>
    </w:p>
    <w:p>
      <w:r>
        <w:t>Dedicated and disciplined professional with over 10 years of service in the Indiana Army National Guard, including leadership roles and experience in Recruiting and Retention. Proven ability to operate and maintain a wide range of heavy equipment, perform mechanical repairs, manage crews, and deliver exceptional results in diverse work environments. Skilled in forestry operations, automotive repair, sales, and public service, demonstrating a unique versatility across industries. Highly motivated and eager to embrace new challenges, with a strong willingness to learn, adapt, and quickly acquire new skills. Committed to personal and professional growth while contributing to team success and organizational goals.</w:t>
      </w:r>
    </w:p>
    <w:p>
      <w:pPr>
        <w:pStyle w:val="Heading1"/>
      </w:pPr>
      <w:r>
        <w:t>Work Experience</w:t>
      </w:r>
    </w:p>
    <w:p>
      <w:pPr>
        <w:pStyle w:val="ListBullet"/>
      </w:pPr>
      <w:r>
        <w:t>Operator | CAS Contracting – Linton, IN | July 2024 – Present</w:t>
      </w:r>
    </w:p>
    <w:p>
      <w:pPr>
        <w:pStyle w:val="ListBullet2"/>
      </w:pPr>
      <w:r>
        <w:t>• Operate and maintain heavy forestry and land-clearing equipment, including track stump grinders, excavators, grapples, forestry mowers, skid steers, and haul trucks.</w:t>
      </w:r>
    </w:p>
    <w:p>
      <w:pPr>
        <w:pStyle w:val="ListBullet2"/>
      </w:pPr>
      <w:r>
        <w:t>• Perform preventative maintenance and repairs on machinery, equipment, and trucks to ensure operational readiness.</w:t>
      </w:r>
    </w:p>
    <w:p>
      <w:pPr>
        <w:pStyle w:val="ListBullet"/>
      </w:pPr>
      <w:r>
        <w:t>Recruiter | Army National Guard – Bloomington, IN | July 2023 – July 2024</w:t>
      </w:r>
    </w:p>
    <w:p>
      <w:pPr>
        <w:pStyle w:val="ListBullet2"/>
      </w:pPr>
      <w:r>
        <w:t>• Serve as Professional Career Recruiter with 9+ years of military service.</w:t>
      </w:r>
    </w:p>
    <w:p>
      <w:pPr>
        <w:pStyle w:val="ListBullet2"/>
      </w:pPr>
      <w:r>
        <w:t>• Completed Basic Leadership Course and Advanced Infantry Leaders Course, earning promotion to Staff Sergeant.</w:t>
      </w:r>
    </w:p>
    <w:p>
      <w:pPr>
        <w:pStyle w:val="ListBullet"/>
      </w:pPr>
      <w:r>
        <w:t>Mowing Crew Leader | Lonetree LLC – Jasonville, IN | October 2022 – July 2023</w:t>
      </w:r>
    </w:p>
    <w:p>
      <w:pPr>
        <w:pStyle w:val="ListBullet2"/>
      </w:pPr>
      <w:r>
        <w:t>• Supervised a crew of 5, managing over 60 commercial lawn and grounds maintenance accounts.</w:t>
      </w:r>
    </w:p>
    <w:p>
      <w:pPr>
        <w:pStyle w:val="ListBullet2"/>
      </w:pPr>
      <w:r>
        <w:t>• Operated skid steers, tractors, and stump grinders for landscaping, ground clearing, and tree removal.</w:t>
      </w:r>
    </w:p>
    <w:p>
      <w:pPr>
        <w:pStyle w:val="ListBullet2"/>
      </w:pPr>
      <w:r>
        <w:t>• Performed equipment and vehicle repairs, blade sharpening, and snow removal in winter months.</w:t>
      </w:r>
    </w:p>
    <w:p>
      <w:pPr>
        <w:pStyle w:val="ListBullet"/>
      </w:pPr>
      <w:r>
        <w:t>Street Department Worker | Jasonville LLC – Jasonville, IN | May 2022 – October 2022</w:t>
      </w:r>
    </w:p>
    <w:p>
      <w:pPr>
        <w:pStyle w:val="ListBullet2"/>
      </w:pPr>
      <w:r>
        <w:t>• Repaired drainage systems, maintained streets, replaced signage, and assisted with city maintenance tasks.</w:t>
      </w:r>
    </w:p>
    <w:p>
      <w:pPr>
        <w:pStyle w:val="ListBullet"/>
      </w:pPr>
      <w:r>
        <w:t>Delivery Driver | American Rental – Linton, IN | January 2022 – May 2022</w:t>
      </w:r>
    </w:p>
    <w:p>
      <w:pPr>
        <w:pStyle w:val="ListBullet2"/>
      </w:pPr>
      <w:r>
        <w:t>• Delivered and installed furniture and appliances for residential and commercial clients.</w:t>
      </w:r>
    </w:p>
    <w:p>
      <w:pPr>
        <w:pStyle w:val="ListBullet"/>
      </w:pPr>
      <w:r>
        <w:t>Coal Miner | Peabody Energy – Dugger, IN | May 2021 – January 2022</w:t>
      </w:r>
    </w:p>
    <w:p>
      <w:pPr>
        <w:pStyle w:val="ListBullet2"/>
      </w:pPr>
      <w:r>
        <w:t>• Operated haul trucks to transport rock, coal, and overburden in an underground mining environment.</w:t>
      </w:r>
    </w:p>
    <w:p>
      <w:pPr>
        <w:pStyle w:val="Heading1"/>
      </w:pPr>
      <w:r>
        <w:t>Education</w:t>
      </w:r>
    </w:p>
    <w:p>
      <w:r>
        <w:t>Twin Rivers Career &amp; Tech Ed Area – Automotive Technology (Trade School), August 2015 – May 2016</w:t>
      </w:r>
    </w:p>
    <w:p>
      <w:r>
        <w:t>White River Valley Jr/Sr High School – High School Diploma, August 2012 – May 2016</w:t>
      </w:r>
    </w:p>
    <w:p>
      <w:pPr>
        <w:pStyle w:val="Heading1"/>
      </w:pPr>
      <w:r>
        <w:t>Skills</w:t>
      </w:r>
    </w:p>
    <w:p>
      <w:r>
        <w:t>Heavy Equipment Operation, Forestry &amp; Vegetation Management, Mechanical Maintenance, Team Leadership &amp; Training, Automotive Repair &amp; Diagnostics, Commercial Driving, Landscaping &amp; Grounds Maintenance, Tree Care &amp; Removal, Sales &amp; Customer Service, Basic Computer Skills</w:t>
      </w:r>
    </w:p>
    <w:p>
      <w:pPr>
        <w:pStyle w:val="Heading1"/>
      </w:pPr>
      <w:r>
        <w:t>Military Service</w:t>
      </w:r>
    </w:p>
    <w:p>
      <w:r>
        <w:t>United States Army National Guard – Staff Sergeant (2015 – Present)</w:t>
        <w:br/>
        <w:t>Served as 11B Infantryman and Squad Leader, responsible for training and leading a team of 10 soldiers. Previously served as a recruiter for the Indiana National Guard until July 2024.</w:t>
      </w:r>
    </w:p>
    <w:p>
      <w:pPr>
        <w:pStyle w:val="Heading1"/>
      </w:pPr>
      <w:r>
        <w:t>Certifications &amp; Licenses</w:t>
      </w:r>
    </w:p>
    <w:p>
      <w:r>
        <w:t>• Forklift Certification (2020 – Present)</w:t>
      </w:r>
    </w:p>
    <w:p>
      <w:r>
        <w:t>• ASE Student Certifications – Brakes, Transmission, Steering &amp; Suspension, Engine Repair, Electrical</w:t>
      </w:r>
    </w:p>
    <w:p>
      <w:r>
        <w:t>• Valid Driver’s License (Expires 2027)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