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79C6" w14:textId="77777777" w:rsidR="005C4939" w:rsidRDefault="00AE7514">
      <w:pPr>
        <w:pStyle w:val="Title"/>
      </w:pPr>
      <w:r>
        <w:t>Duane Sturdivant</w:t>
      </w:r>
    </w:p>
    <w:p w14:paraId="43BC5C7F" w14:textId="53B5BE52" w:rsidR="005C4939" w:rsidRDefault="00AE7514">
      <w:r>
        <w:t xml:space="preserve">Indianapolis, IN | 31duane@gmail.com | (317) </w:t>
      </w:r>
      <w:r w:rsidR="001A088C">
        <w:t>460-8732</w:t>
      </w:r>
    </w:p>
    <w:p w14:paraId="2C355D7D" w14:textId="77777777" w:rsidR="005C4939" w:rsidRDefault="00AE7514">
      <w:pPr>
        <w:pStyle w:val="Heading1"/>
      </w:pPr>
      <w:r>
        <w:t>Professional Summary</w:t>
      </w:r>
    </w:p>
    <w:p w14:paraId="165046B9" w14:textId="77777777" w:rsidR="005C4939" w:rsidRDefault="00AE7514">
      <w:r>
        <w:t>Hardworking and reliable laborer with over 8 years of experience in concrete restoration, warehouse operations, and general labor. Recognized for strong work ethic, excellent attendance, and commitment to completing tasks safely and accurately. Skilled in heavy equipment, material handling, and fast-paced production environments. Authorized to work in the U.S. for any employer.</w:t>
      </w:r>
    </w:p>
    <w:p w14:paraId="20B5F788" w14:textId="77777777" w:rsidR="005C4939" w:rsidRDefault="00AE7514">
      <w:pPr>
        <w:pStyle w:val="Heading1"/>
      </w:pPr>
      <w:r>
        <w:t>Core Skills</w:t>
      </w:r>
    </w:p>
    <w:p w14:paraId="7FE5EB74" w14:textId="77777777" w:rsidR="005C4939" w:rsidRDefault="00AE7514">
      <w:pPr>
        <w:pStyle w:val="ListBullet"/>
      </w:pPr>
      <w:r>
        <w:t>• Concrete repair &amp; restoration (jackhammer, coatings, column installation)</w:t>
      </w:r>
    </w:p>
    <w:p w14:paraId="3286B32F" w14:textId="77777777" w:rsidR="005C4939" w:rsidRDefault="00AE7514">
      <w:pPr>
        <w:pStyle w:val="ListBullet"/>
      </w:pPr>
      <w:r>
        <w:t>• Warehouse operations (packing, scanning, shipping &amp; receiving)</w:t>
      </w:r>
    </w:p>
    <w:p w14:paraId="7494D715" w14:textId="77777777" w:rsidR="005C4939" w:rsidRDefault="00AE7514">
      <w:pPr>
        <w:pStyle w:val="ListBullet"/>
      </w:pPr>
      <w:r>
        <w:t>• RF scanner use &amp; inventory stocking</w:t>
      </w:r>
    </w:p>
    <w:p w14:paraId="0D0C25A3" w14:textId="77777777" w:rsidR="005C4939" w:rsidRDefault="00AE7514">
      <w:pPr>
        <w:pStyle w:val="ListBullet"/>
      </w:pPr>
      <w:r>
        <w:t>• Assembly line &amp; production work</w:t>
      </w:r>
    </w:p>
    <w:p w14:paraId="260C8BFF" w14:textId="77777777" w:rsidR="005C4939" w:rsidRDefault="00AE7514">
      <w:pPr>
        <w:pStyle w:val="ListBullet"/>
      </w:pPr>
      <w:r>
        <w:t>• Loading/unloading trucks, palletizing, custom box making</w:t>
      </w:r>
    </w:p>
    <w:p w14:paraId="4A638ECD" w14:textId="77777777" w:rsidR="005C4939" w:rsidRDefault="00AE7514">
      <w:pPr>
        <w:pStyle w:val="ListBullet"/>
      </w:pPr>
      <w:r>
        <w:t>• Strong attendance, safety focus, and teamwork</w:t>
      </w:r>
    </w:p>
    <w:p w14:paraId="686A2E27" w14:textId="77777777" w:rsidR="005C4939" w:rsidRDefault="00AE7514">
      <w:pPr>
        <w:pStyle w:val="Heading1"/>
      </w:pPr>
      <w:r>
        <w:t>Work Experience</w:t>
      </w:r>
    </w:p>
    <w:p w14:paraId="4C798CA6" w14:textId="77777777" w:rsidR="005C4939" w:rsidRDefault="00AE7514">
      <w:pPr>
        <w:pStyle w:val="Heading2"/>
      </w:pPr>
      <w:r>
        <w:t>Concrete Restoration Laborer</w:t>
      </w:r>
    </w:p>
    <w:p w14:paraId="6E158728" w14:textId="77777777" w:rsidR="005C4939" w:rsidRDefault="00AE7514">
      <w:r>
        <w:t>Browning Chapman – Indianapolis, IN | June 2017 – Present</w:t>
      </w:r>
    </w:p>
    <w:p w14:paraId="4AEEF4FA" w14:textId="77777777" w:rsidR="005C4939" w:rsidRDefault="00AE7514">
      <w:pPr>
        <w:pStyle w:val="ListBullet"/>
      </w:pPr>
      <w:r>
        <w:t>• Perform concrete repair and restoration for parking garages.</w:t>
      </w:r>
    </w:p>
    <w:p w14:paraId="4C3906CB" w14:textId="77777777" w:rsidR="005C4939" w:rsidRDefault="00AE7514">
      <w:pPr>
        <w:pStyle w:val="ListBullet"/>
      </w:pPr>
      <w:r>
        <w:t>• Operate jackhammers and other heavy equipment.</w:t>
      </w:r>
    </w:p>
    <w:p w14:paraId="42C669C5" w14:textId="77777777" w:rsidR="005C4939" w:rsidRDefault="00AE7514">
      <w:pPr>
        <w:pStyle w:val="ListBullet"/>
      </w:pPr>
      <w:r>
        <w:t>• Apply protective coatings and install structural columns.</w:t>
      </w:r>
    </w:p>
    <w:p w14:paraId="50D4841B" w14:textId="77777777" w:rsidR="005C4939" w:rsidRDefault="00AE7514">
      <w:pPr>
        <w:pStyle w:val="ListBullet"/>
      </w:pPr>
      <w:r>
        <w:t>• Ensure all work meets safety and quality standards.</w:t>
      </w:r>
    </w:p>
    <w:p w14:paraId="03DCDBF9" w14:textId="77777777" w:rsidR="005C4939" w:rsidRDefault="00AE7514">
      <w:pPr>
        <w:pStyle w:val="Heading2"/>
      </w:pPr>
      <w:r>
        <w:t>Warehouse Associate</w:t>
      </w:r>
    </w:p>
    <w:p w14:paraId="4AEFA2F8" w14:textId="77777777" w:rsidR="005C4939" w:rsidRDefault="00AE7514">
      <w:r>
        <w:t>Amazon – Plainfield, IN | April 2016 – May 2017</w:t>
      </w:r>
    </w:p>
    <w:p w14:paraId="664BD0D1" w14:textId="77777777" w:rsidR="005C4939" w:rsidRDefault="00AE7514">
      <w:pPr>
        <w:pStyle w:val="ListBullet"/>
      </w:pPr>
      <w:r>
        <w:t>• Packed 1,000+ items daily for customer shipments.</w:t>
      </w:r>
    </w:p>
    <w:p w14:paraId="0596E222" w14:textId="77777777" w:rsidR="005C4939" w:rsidRDefault="00AE7514">
      <w:pPr>
        <w:pStyle w:val="ListBullet"/>
      </w:pPr>
      <w:r>
        <w:t>• Loaded up to 3 trucks per shift and stocked 30 stations.</w:t>
      </w:r>
    </w:p>
    <w:p w14:paraId="086DDDAA" w14:textId="77777777" w:rsidR="005C4939" w:rsidRDefault="00AE7514">
      <w:pPr>
        <w:pStyle w:val="ListBullet"/>
      </w:pPr>
      <w:r>
        <w:t>• Scanned, weighed, and processed boxes for accuracy.</w:t>
      </w:r>
    </w:p>
    <w:p w14:paraId="79DD75C8" w14:textId="77777777" w:rsidR="005C4939" w:rsidRDefault="00AE7514">
      <w:pPr>
        <w:pStyle w:val="ListBullet"/>
      </w:pPr>
      <w:r>
        <w:t>• Operated custom box-making (BOD) equipment.</w:t>
      </w:r>
    </w:p>
    <w:p w14:paraId="3FFC6E3F" w14:textId="77777777" w:rsidR="005C4939" w:rsidRDefault="00AE7514">
      <w:pPr>
        <w:pStyle w:val="Heading2"/>
      </w:pPr>
      <w:r>
        <w:t>Assembly Line Worker</w:t>
      </w:r>
    </w:p>
    <w:p w14:paraId="521E32A3" w14:textId="77777777" w:rsidR="005C4939" w:rsidRDefault="00AE7514">
      <w:r>
        <w:t>Foxconn – Plainfield, IN | December 2015 – March 2016</w:t>
      </w:r>
    </w:p>
    <w:p w14:paraId="6B89898E" w14:textId="77777777" w:rsidR="005C4939" w:rsidRDefault="00AE7514">
      <w:pPr>
        <w:pStyle w:val="ListBullet"/>
      </w:pPr>
      <w:r>
        <w:t>• Assembled desktop computers and hard drives.</w:t>
      </w:r>
    </w:p>
    <w:p w14:paraId="166EED79" w14:textId="77777777" w:rsidR="005C4939" w:rsidRDefault="00AE7514">
      <w:pPr>
        <w:pStyle w:val="ListBullet"/>
      </w:pPr>
      <w:r>
        <w:t>• Maintained production line speed and quality requirements.</w:t>
      </w:r>
    </w:p>
    <w:p w14:paraId="3898E930" w14:textId="77777777" w:rsidR="005C4939" w:rsidRDefault="00AE7514">
      <w:pPr>
        <w:pStyle w:val="Heading2"/>
      </w:pPr>
      <w:r>
        <w:t>Dock Worker</w:t>
      </w:r>
    </w:p>
    <w:p w14:paraId="5D36B30C" w14:textId="77777777" w:rsidR="005C4939" w:rsidRDefault="00AE7514">
      <w:r>
        <w:t>SP Richards – Indianapolis, IN | August 2015 – December 2015</w:t>
      </w:r>
    </w:p>
    <w:p w14:paraId="167FC0AF" w14:textId="77777777" w:rsidR="005C4939" w:rsidRDefault="00AE7514">
      <w:pPr>
        <w:pStyle w:val="ListBullet"/>
      </w:pPr>
      <w:r>
        <w:t>• Built pallets and skids using RF scanners.</w:t>
      </w:r>
    </w:p>
    <w:p w14:paraId="3E0FAD93" w14:textId="77777777" w:rsidR="005C4939" w:rsidRDefault="00AE7514">
      <w:pPr>
        <w:pStyle w:val="ListBullet"/>
      </w:pPr>
      <w:r>
        <w:t>• Loaded pallets onto trucks for outbound shipping.</w:t>
      </w:r>
    </w:p>
    <w:p w14:paraId="7A82BC7C" w14:textId="77777777" w:rsidR="005C4939" w:rsidRDefault="00AE7514">
      <w:pPr>
        <w:pStyle w:val="Heading2"/>
      </w:pPr>
      <w:r>
        <w:t>Mover/Packer</w:t>
      </w:r>
    </w:p>
    <w:p w14:paraId="0485EA52" w14:textId="77777777" w:rsidR="005C4939" w:rsidRDefault="00AE7514">
      <w:r>
        <w:t>On Demand Staffing – Indianapolis, IN | June 2015 – August 2015</w:t>
      </w:r>
    </w:p>
    <w:p w14:paraId="207AF647" w14:textId="77777777" w:rsidR="005C4939" w:rsidRDefault="00AE7514">
      <w:pPr>
        <w:pStyle w:val="ListBullet"/>
      </w:pPr>
      <w:r>
        <w:t>• Unloaded trucks carrying cabinets and furniture.</w:t>
      </w:r>
    </w:p>
    <w:p w14:paraId="2846B4E5" w14:textId="77777777" w:rsidR="005C4939" w:rsidRDefault="00AE7514">
      <w:pPr>
        <w:pStyle w:val="ListBullet"/>
      </w:pPr>
      <w:r>
        <w:t>• Delivered and staged items in apartment buildings.</w:t>
      </w:r>
    </w:p>
    <w:p w14:paraId="3B968A63" w14:textId="77777777" w:rsidR="005C4939" w:rsidRDefault="00AE7514">
      <w:pPr>
        <w:pStyle w:val="Heading2"/>
      </w:pPr>
      <w:r>
        <w:t>Construction Worker</w:t>
      </w:r>
    </w:p>
    <w:p w14:paraId="1947BF99" w14:textId="77777777" w:rsidR="005C4939" w:rsidRDefault="00AE7514">
      <w:r>
        <w:t>Coreslab Structures – Indianapolis, IN | 2015</w:t>
      </w:r>
    </w:p>
    <w:p w14:paraId="708E1CEE" w14:textId="77777777" w:rsidR="005C4939" w:rsidRDefault="00AE7514">
      <w:pPr>
        <w:pStyle w:val="ListBullet"/>
      </w:pPr>
      <w:r>
        <w:t>• Assisted in construction and assembly of precast concrete structures.</w:t>
      </w:r>
    </w:p>
    <w:p w14:paraId="16F8DA30" w14:textId="77777777" w:rsidR="005C4939" w:rsidRDefault="00AE7514">
      <w:pPr>
        <w:pStyle w:val="ListBullet"/>
      </w:pPr>
      <w:r>
        <w:t>• Performed general labor duties to support building operations.</w:t>
      </w:r>
    </w:p>
    <w:p w14:paraId="63D72359" w14:textId="77777777" w:rsidR="005C4939" w:rsidRDefault="00AE7514">
      <w:pPr>
        <w:pStyle w:val="Heading1"/>
      </w:pPr>
      <w:r>
        <w:t>Education</w:t>
      </w:r>
    </w:p>
    <w:p w14:paraId="4F740B36" w14:textId="77777777" w:rsidR="005C4939" w:rsidRDefault="00AE7514">
      <w:r>
        <w:t>GED – Arlington High School, Indianapolis, IN</w:t>
      </w:r>
    </w:p>
    <w:sectPr w:rsidR="005C493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0076277">
    <w:abstractNumId w:val="8"/>
  </w:num>
  <w:num w:numId="2" w16cid:durableId="344986795">
    <w:abstractNumId w:val="6"/>
  </w:num>
  <w:num w:numId="3" w16cid:durableId="2022512170">
    <w:abstractNumId w:val="5"/>
  </w:num>
  <w:num w:numId="4" w16cid:durableId="1641884024">
    <w:abstractNumId w:val="4"/>
  </w:num>
  <w:num w:numId="5" w16cid:durableId="1934237822">
    <w:abstractNumId w:val="7"/>
  </w:num>
  <w:num w:numId="6" w16cid:durableId="1602760546">
    <w:abstractNumId w:val="3"/>
  </w:num>
  <w:num w:numId="7" w16cid:durableId="1397970461">
    <w:abstractNumId w:val="2"/>
  </w:num>
  <w:num w:numId="8" w16cid:durableId="1108698304">
    <w:abstractNumId w:val="1"/>
  </w:num>
  <w:num w:numId="9" w16cid:durableId="168717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088C"/>
    <w:rsid w:val="00282006"/>
    <w:rsid w:val="0029639D"/>
    <w:rsid w:val="00326F90"/>
    <w:rsid w:val="005700C3"/>
    <w:rsid w:val="005823E5"/>
    <w:rsid w:val="005C4939"/>
    <w:rsid w:val="00AA1D8D"/>
    <w:rsid w:val="00AE751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3CA007"/>
  <w14:defaultImageDpi w14:val="300"/>
  <w15:docId w15:val="{937AC8C8-693C-8447-A836-A3A6910C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Charla Davis</cp:lastModifiedBy>
  <cp:revision>2</cp:revision>
  <dcterms:created xsi:type="dcterms:W3CDTF">2025-09-16T23:03:00Z</dcterms:created>
  <dcterms:modified xsi:type="dcterms:W3CDTF">2025-09-16T23:03:00Z</dcterms:modified>
  <cp:category/>
</cp:coreProperties>
</file>