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Dalton Abston-Smith</w:t>
      </w:r>
    </w:p>
    <w:p>
      <w:r>
        <w:t>📞 317-680-6911 | ✉️ Sdalton115@gmail.com</w:t>
      </w:r>
    </w:p>
    <w:p>
      <w:pPr>
        <w:pStyle w:val="Heading1"/>
      </w:pPr>
      <w:r>
        <w:t>Professional Summary</w:t>
      </w:r>
    </w:p>
    <w:p>
      <w:r>
        <w:t>Dedicated landscaping and masonry professional with 9+ years of experience leading crews, managing projects, and operating heavy equipment. Skilled in turf installation, planting, hardscape construction, chimney repair, and masonry work. Recognized as a team player, reliable leader, and safety-focused worker.</w:t>
      </w:r>
    </w:p>
    <w:p>
      <w:pPr>
        <w:pStyle w:val="Heading1"/>
      </w:pPr>
      <w:r>
        <w:t>Work Experience</w:t>
      </w:r>
    </w:p>
    <w:p>
      <w:pPr>
        <w:pStyle w:val="Heading2"/>
      </w:pPr>
      <w:r>
        <w:t>Chimney/Masonry Technician</w:t>
      </w:r>
    </w:p>
    <w:p>
      <w:r>
        <w:t>Smalling Masonry – April 2024 to August 2025</w:t>
      </w:r>
    </w:p>
    <w:p>
      <w:r>
        <w:t>- Inspected, cleaned, and repaired chimneys to ensure safety and functionality.</w:t>
        <w:br/>
        <w:t>- Repaired and rebuilt structures using mortar and other materials for strong, lasting finishes.</w:t>
        <w:br/>
        <w:t>- Installed and replaced chase covers, chimney caps, and gas lines for fireplaces.</w:t>
        <w:br/>
        <w:t>- Constructed scaffolding and maintained safe, organized job sites.</w:t>
      </w:r>
    </w:p>
    <w:p>
      <w:pPr>
        <w:pStyle w:val="Heading2"/>
      </w:pPr>
      <w:r>
        <w:t>Lead Landscaper</w:t>
      </w:r>
    </w:p>
    <w:p>
      <w:r>
        <w:t>Simpsons Outdoor Services – November 2016 to April 2023</w:t>
      </w:r>
    </w:p>
    <w:p>
      <w:r>
        <w:t>- Supervised a landscaping crew of three employees, ensuring projects were completed on time and to client standards.</w:t>
        <w:br/>
        <w:t>- Directed turf installation, planting, and hardscape construction projects.</w:t>
        <w:br/>
        <w:t>- Operated heavy equipment including ditch witch, dingo, and tractors.</w:t>
        <w:br/>
        <w:t>- Maintained and organized tools, vehicles, and equipment for efficiency and safety.</w:t>
        <w:br/>
        <w:t>- Recognized with awards for Team Player, Most Reliable, and Safest Worker.</w:t>
      </w:r>
    </w:p>
    <w:p>
      <w:pPr>
        <w:pStyle w:val="Heading1"/>
      </w:pPr>
      <w:r>
        <w:t>Education</w:t>
      </w:r>
    </w:p>
    <w:p>
      <w:r>
        <w:t>Franklin Central High School – Diploma (June 2016 – June 2019)</w:t>
      </w:r>
    </w:p>
    <w:p>
      <w:pPr>
        <w:pStyle w:val="Heading1"/>
      </w:pPr>
      <w:r>
        <w:t>Skills</w:t>
      </w:r>
    </w:p>
    <w:p>
      <w:r>
        <w:t>• Crew Leadership &amp; Team Management</w:t>
        <w:br/>
        <w:t>• Landscaping &amp; Hardscape Construction</w:t>
        <w:br/>
        <w:t>• Masonry Repair &amp; Chimney Safety</w:t>
        <w:br/>
        <w:t>• Heavy Equipment Operation</w:t>
        <w:br/>
        <w:t>• Job Site Safety &amp; Organization</w:t>
        <w:br/>
        <w:t>• Client Relations &amp; Quality Assurance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