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JASMINE MCCLURE</w:t>
      </w:r>
    </w:p>
    <w:p>
      <w:r>
        <w:t>Indianapolis, IN | (317) 332-7253 | McclureJasmine685@yahoo.com</w:t>
      </w:r>
    </w:p>
    <w:p>
      <w:pPr>
        <w:pStyle w:val="Heading1"/>
      </w:pPr>
      <w:r>
        <w:t>Professional Summary</w:t>
      </w:r>
    </w:p>
    <w:p>
      <w:r>
        <w:t>Reliable and detail-oriented professional with strong hands-on mechanical and technical skills. Experienced in operating tools and equipment, handling materials safely, and maintaining organized, compliant work environments. Physically capable, adaptable, and highly motivated to pursue a career as a Glazier Apprentice with union training. Currently completing OSHA 10-Hour Construction Safety Training.</w:t>
      </w:r>
    </w:p>
    <w:p>
      <w:pPr>
        <w:pStyle w:val="Heading1"/>
      </w:pPr>
      <w:r>
        <w:t>Skills</w:t>
      </w:r>
    </w:p>
    <w:p>
      <w:pPr>
        <w:pStyle w:val="ListBullet"/>
      </w:pPr>
      <w:r>
        <w:t>Mechanical aptitude &amp; precision work</w:t>
      </w:r>
    </w:p>
    <w:p>
      <w:pPr>
        <w:pStyle w:val="ListBullet"/>
      </w:pPr>
      <w:r>
        <w:t>Hand and power tool operation</w:t>
      </w:r>
    </w:p>
    <w:p>
      <w:pPr>
        <w:pStyle w:val="ListBullet"/>
      </w:pPr>
      <w:r>
        <w:t>Material handling &amp; preparation</w:t>
      </w:r>
    </w:p>
    <w:p>
      <w:pPr>
        <w:pStyle w:val="ListBullet"/>
      </w:pPr>
      <w:r>
        <w:t>Safety compliance &amp; OSHA standards</w:t>
      </w:r>
    </w:p>
    <w:p>
      <w:pPr>
        <w:pStyle w:val="ListBullet"/>
      </w:pPr>
      <w:r>
        <w:t>Following technical instructions accurately</w:t>
      </w:r>
    </w:p>
    <w:p>
      <w:pPr>
        <w:pStyle w:val="ListBullet"/>
      </w:pPr>
      <w:r>
        <w:t>Team collaboration &amp; problem-solving</w:t>
      </w:r>
    </w:p>
    <w:p>
      <w:pPr>
        <w:pStyle w:val="ListBullet"/>
      </w:pPr>
      <w:r>
        <w:t>Physical stamina: lifting 75+ lbs, climbing scaffolds/ladders</w:t>
      </w:r>
    </w:p>
    <w:p>
      <w:pPr>
        <w:pStyle w:val="Heading1"/>
      </w:pPr>
      <w:r>
        <w:t>Experience</w:t>
      </w:r>
    </w:p>
    <w:p>
      <w:pPr>
        <w:pStyle w:val="Heading2"/>
      </w:pPr>
      <w:r>
        <w:t>Facility Operations Technician – Rolls-Royce Plant 8 (ESFM / Compass Group, Contractor)</w:t>
      </w:r>
    </w:p>
    <w:p>
      <w:r>
        <w:t>Indianapolis, IN | Aug 2025 – Present</w:t>
      </w:r>
    </w:p>
    <w:p>
      <w:pPr>
        <w:pStyle w:val="ListBullet"/>
      </w:pPr>
      <w:r>
        <w:t>Operate and maintain equipment, including floor machines and material handling tools, while following strict safety protocols.</w:t>
      </w:r>
    </w:p>
    <w:p>
      <w:pPr>
        <w:pStyle w:val="ListBullet"/>
      </w:pPr>
      <w:r>
        <w:t>Load, unload, and organize materials and tools for technical teams, ensuring efficiency and safety.</w:t>
      </w:r>
    </w:p>
    <w:p>
      <w:pPr>
        <w:pStyle w:val="ListBullet"/>
      </w:pPr>
      <w:r>
        <w:t>Maintain clean, hazard-free work areas, supporting inspection readiness and operational compliance.</w:t>
      </w:r>
    </w:p>
    <w:p>
      <w:pPr>
        <w:pStyle w:val="ListBullet"/>
      </w:pPr>
      <w:r>
        <w:t>Perform physically demanding tasks, demonstrating reliability, endurance, and attention to detail in a high-security industrial environment.</w:t>
      </w:r>
    </w:p>
    <w:p>
      <w:pPr>
        <w:pStyle w:val="Heading2"/>
      </w:pPr>
      <w:r>
        <w:t>Mechanical Assembly Technician – Allison Transmission</w:t>
      </w:r>
    </w:p>
    <w:p>
      <w:r>
        <w:t>Indianapolis, IN | May 2018 – July 2025</w:t>
      </w:r>
    </w:p>
    <w:p>
      <w:pPr>
        <w:pStyle w:val="ListBullet"/>
      </w:pPr>
      <w:r>
        <w:t>Assembled heavy-duty vehicle components with precision, following detailed technical instructions.</w:t>
      </w:r>
    </w:p>
    <w:p>
      <w:pPr>
        <w:pStyle w:val="ListBullet"/>
      </w:pPr>
      <w:r>
        <w:t>Operated machinery and handled materials safely and efficiently.</w:t>
      </w:r>
    </w:p>
    <w:p>
      <w:pPr>
        <w:pStyle w:val="ListBullet"/>
      </w:pPr>
      <w:r>
        <w:t>Collaborated with team members to meet production, quality, and safety standards.</w:t>
      </w:r>
    </w:p>
    <w:p>
      <w:pPr>
        <w:pStyle w:val="ListBullet"/>
      </w:pPr>
      <w:r>
        <w:t>Gained hands-on experience with tools, mechanical systems, and teamwork applicable to construction trades.</w:t>
      </w:r>
    </w:p>
    <w:p>
      <w:pPr>
        <w:pStyle w:val="Heading1"/>
      </w:pPr>
      <w:r>
        <w:t>Education</w:t>
      </w:r>
    </w:p>
    <w:p>
      <w:r>
        <w:t>High School Diploma – Arsenal Technical High School, Indianapolis, IN</w:t>
      </w:r>
    </w:p>
    <w:p>
      <w:pPr>
        <w:pStyle w:val="Heading1"/>
      </w:pPr>
      <w:r>
        <w:t>Certifications / Training</w:t>
      </w:r>
    </w:p>
    <w:p>
      <w:r>
        <w:t>OSHA 10-Hour Construction Safety Training – In Progress</w:t>
      </w:r>
    </w:p>
    <w:p>
      <w:r>
        <w:t>Planning to pursue: CPR/AHA, Aerial Lift, Swing Stage, Welding Certifications</w:t>
      </w:r>
    </w:p>
    <w:p>
      <w:pPr>
        <w:pStyle w:val="Heading1"/>
      </w:pPr>
      <w:r>
        <w:t>Additional Qualifications</w:t>
      </w:r>
    </w:p>
    <w:p>
      <w:r>
        <w:t>Physically capable of lifting 75+ lbs repetitively and working at heights.</w:t>
      </w:r>
    </w:p>
    <w:p>
      <w:r>
        <w:t>Strong interest in developing specialized construction skills and advancing in a union trade.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