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Jackson Smith</w:t>
      </w:r>
    </w:p>
    <w:p>
      <w:r>
        <w:t>1997 Gerrard Avenue | Speedway, IN 46224</w:t>
        <w:br/>
        <w:t>📞 (317) 709-8583 | ✉️ indianajackson98@gmail.com</w:t>
      </w:r>
    </w:p>
    <w:p>
      <w:pPr>
        <w:pStyle w:val="Heading2"/>
      </w:pPr>
      <w:r>
        <w:t>Professional Summary</w:t>
      </w:r>
    </w:p>
    <w:p>
      <w:r>
        <w:t>Dedicated and dependable construction professional with extensive hands-on experience in concrete, masonry, and industrial maintenance. Proven ability to lead crews, manage job sites, and deliver high-quality results safely and efficiently. Skilled in heavy equipment operation, structural repair, and system maintenance with strong mechanical aptitude. Known for a results-driven work ethic, problem-solving under pressure, and exceptional teamwork and leadership in both residential and commercial construction environments.</w:t>
      </w:r>
    </w:p>
    <w:p>
      <w:pPr>
        <w:pStyle w:val="Heading2"/>
      </w:pPr>
      <w:r>
        <w:t>Key Skills</w:t>
      </w:r>
    </w:p>
    <w:p>
      <w:pPr>
        <w:pStyle w:val="ListBullet"/>
      </w:pPr>
      <w:r>
        <w:t>Heavy equipment operation (forklifts, bobcats, loaders)</w:t>
      </w:r>
    </w:p>
    <w:p>
      <w:pPr>
        <w:pStyle w:val="ListBullet"/>
      </w:pPr>
      <w:r>
        <w:t>Hydraulic, pneumatic, and electrical maintenance</w:t>
      </w:r>
    </w:p>
    <w:p>
      <w:pPr>
        <w:pStyle w:val="ListBullet"/>
      </w:pPr>
      <w:r>
        <w:t>MIG and stick welding</w:t>
      </w:r>
    </w:p>
    <w:p>
      <w:pPr>
        <w:pStyle w:val="ListBullet"/>
      </w:pPr>
      <w:r>
        <w:t>Project leadership and team management</w:t>
      </w:r>
    </w:p>
    <w:p>
      <w:pPr>
        <w:pStyle w:val="ListBullet"/>
      </w:pPr>
      <w:r>
        <w:t>Concrete finishing and repair</w:t>
      </w:r>
    </w:p>
    <w:p>
      <w:pPr>
        <w:pStyle w:val="ListBullet"/>
      </w:pPr>
      <w:r>
        <w:t>Sales and customer relations</w:t>
      </w:r>
    </w:p>
    <w:p>
      <w:pPr>
        <w:pStyle w:val="ListBullet"/>
      </w:pPr>
      <w:r>
        <w:t>CDL truck driving and concrete delivery</w:t>
      </w:r>
    </w:p>
    <w:p>
      <w:pPr>
        <w:pStyle w:val="ListBullet"/>
      </w:pPr>
      <w:r>
        <w:t>Mechanical diagnostics and repair</w:t>
      </w:r>
    </w:p>
    <w:p>
      <w:pPr>
        <w:pStyle w:val="Heading2"/>
      </w:pPr>
      <w:r>
        <w:t>Experience</w:t>
      </w:r>
    </w:p>
    <w:p>
      <w:pPr>
        <w:pStyle w:val="ListBullet"/>
      </w:pPr>
      <w:r>
        <w:t>Browning Chapman – Field Technician (June 2025 – Present)</w:t>
      </w:r>
    </w:p>
    <w:p>
      <w:pPr>
        <w:pStyle w:val="ListBullet2"/>
      </w:pPr>
      <w:r>
        <w:t>Perform commercial concrete repair and surface preparation for major construction projects.</w:t>
      </w:r>
    </w:p>
    <w:p>
      <w:pPr>
        <w:pStyle w:val="ListBullet2"/>
      </w:pPr>
      <w:r>
        <w:t>Operate heavy equipment including grinders, polishers, and material handling machinery.</w:t>
      </w:r>
    </w:p>
    <w:p>
      <w:pPr>
        <w:pStyle w:val="ListBullet2"/>
      </w:pPr>
      <w:r>
        <w:t>Assist in structural repair, coatings, and restoration work ensuring safety and quality standards.</w:t>
      </w:r>
    </w:p>
    <w:p>
      <w:pPr>
        <w:pStyle w:val="ListBullet2"/>
      </w:pPr>
      <w:r>
        <w:t>Collaborate with team leads to meet deadlines and maintain job-site efficiency.</w:t>
      </w:r>
    </w:p>
    <w:p>
      <w:pPr>
        <w:pStyle w:val="ListBullet"/>
      </w:pPr>
      <w:r>
        <w:t>1-800-GOT-JUNK? – Certified Sales Lead (January 2025 – May 2025)</w:t>
      </w:r>
    </w:p>
    <w:p>
      <w:pPr>
        <w:pStyle w:val="ListBullet2"/>
      </w:pPr>
      <w:r>
        <w:t>Promoted from helper to certified sales lead through performance and initiative.</w:t>
      </w:r>
    </w:p>
    <w:p>
      <w:pPr>
        <w:pStyle w:val="ListBullet2"/>
      </w:pPr>
      <w:r>
        <w:t>Delivered on-site estimates, upsold services, and maintained high customer satisfaction.</w:t>
      </w:r>
    </w:p>
    <w:p>
      <w:pPr>
        <w:pStyle w:val="ListBullet2"/>
      </w:pPr>
      <w:r>
        <w:t>Managed customer communication and scheduling while meeting daily sales targets.</w:t>
      </w:r>
    </w:p>
    <w:p>
      <w:pPr>
        <w:pStyle w:val="ListBullet"/>
      </w:pPr>
      <w:r>
        <w:t>Shelby Materials – Ready Mix Truck Driver (July 2023 – September 2024)</w:t>
      </w:r>
    </w:p>
    <w:p>
      <w:pPr>
        <w:pStyle w:val="ListBullet2"/>
      </w:pPr>
      <w:r>
        <w:t>Operated ready-mix trucks for residential and commercial concrete projects up to 1000 yards.</w:t>
      </w:r>
    </w:p>
    <w:p>
      <w:pPr>
        <w:pStyle w:val="ListBullet2"/>
      </w:pPr>
      <w:r>
        <w:t>Assisted in plant maintenance and diesel equipment repair during winter months.</w:t>
      </w:r>
    </w:p>
    <w:p>
      <w:pPr>
        <w:pStyle w:val="ListBullet2"/>
      </w:pPr>
      <w:r>
        <w:t>Performed routine maintenance on heavy equipment and plant systems.</w:t>
      </w:r>
    </w:p>
    <w:p>
      <w:pPr>
        <w:pStyle w:val="ListBullet"/>
      </w:pPr>
      <w:r>
        <w:t>FTIC – Machine Maintenance Technician (December 2022 – May 2023)</w:t>
      </w:r>
    </w:p>
    <w:p>
      <w:pPr>
        <w:pStyle w:val="ListBullet2"/>
      </w:pPr>
      <w:r>
        <w:t>Maintained and repaired automated manufacturing systems.</w:t>
      </w:r>
    </w:p>
    <w:p>
      <w:pPr>
        <w:pStyle w:val="ListBullet2"/>
      </w:pPr>
      <w:r>
        <w:t>Troubleshot hydraulic, pneumatic, and electrical systems.</w:t>
      </w:r>
    </w:p>
    <w:p>
      <w:pPr>
        <w:pStyle w:val="ListBullet2"/>
      </w:pPr>
      <w:r>
        <w:t>Performed MIG and stick welding for equipment repair.</w:t>
      </w:r>
    </w:p>
    <w:p>
      <w:pPr>
        <w:pStyle w:val="ListBullet"/>
      </w:pPr>
      <w:r>
        <w:t>Affordable Residential Services – Project Lead / Masonry Apprentice (June 2016 – November 2022)</w:t>
      </w:r>
    </w:p>
    <w:p>
      <w:pPr>
        <w:pStyle w:val="ListBullet2"/>
      </w:pPr>
      <w:r>
        <w:t>Led a 4-person crew, managed tools and materials for residential masonry projects.</w:t>
      </w:r>
    </w:p>
    <w:p>
      <w:pPr>
        <w:pStyle w:val="ListBullet2"/>
      </w:pPr>
      <w:r>
        <w:t>Prepared estimates, handled customer communications, and managed job sites.</w:t>
      </w:r>
    </w:p>
    <w:p>
      <w:pPr>
        <w:pStyle w:val="ListBullet2"/>
      </w:pPr>
      <w:r>
        <w:t>Performed brick, block, and stone work for residential clients.</w:t>
      </w:r>
    </w:p>
    <w:p>
      <w:pPr>
        <w:pStyle w:val="ListBullet"/>
      </w:pPr>
      <w:r>
        <w:t>Tom Wood Toyota – Lube Technician (January 2019 – March 2020)</w:t>
      </w:r>
    </w:p>
    <w:p>
      <w:pPr>
        <w:pStyle w:val="ListBullet2"/>
      </w:pPr>
      <w:r>
        <w:t>Conducted routine maintenance and assisted with diagnostic evaluations.</w:t>
      </w:r>
    </w:p>
    <w:p>
      <w:pPr>
        <w:pStyle w:val="ListBullet2"/>
      </w:pPr>
      <w:r>
        <w:t>Supported senior technicians and ensured timely repair completion.</w:t>
      </w:r>
    </w:p>
    <w:p>
      <w:pPr>
        <w:pStyle w:val="ListBullet"/>
      </w:pPr>
      <w:r>
        <w:t>Beck Toyota – Lube Technician (January 2018 – April 2018)</w:t>
      </w:r>
    </w:p>
    <w:p>
      <w:pPr>
        <w:pStyle w:val="ListBullet2"/>
      </w:pPr>
      <w:r>
        <w:t>Performed oil changes, tire rotations, and inspection checklists efficiently.</w:t>
      </w:r>
    </w:p>
    <w:p>
      <w:pPr>
        <w:pStyle w:val="Heading2"/>
      </w:pPr>
      <w:r>
        <w:t>Education</w:t>
      </w:r>
    </w:p>
    <w:p>
      <w:r>
        <w:t>Ivy Tech Community College – Indianapolis, IN</w:t>
        <w:br/>
        <w:t>Technical Certificate, Automotive Technology</w:t>
        <w:br/>
        <w:t>• ASE Certified in Hydraulic Systems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