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680E9" w14:textId="77777777" w:rsidR="00536C20" w:rsidRPr="009353D7" w:rsidRDefault="003B7C70">
      <w:pPr>
        <w:pStyle w:val="Ttulo1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Roberto J. Pérez B.</w:t>
      </w:r>
    </w:p>
    <w:p w14:paraId="7FBC2F0D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Segoe UI Emoji" w:hAnsi="Segoe UI Emoji" w:cs="Segoe UI Emoji"/>
        </w:rPr>
        <w:t>📍</w:t>
      </w:r>
      <w:r w:rsidRPr="009353D7">
        <w:rPr>
          <w:rFonts w:ascii="Arial" w:hAnsi="Arial" w:cs="Arial"/>
        </w:rPr>
        <w:t xml:space="preserve"> 5179 Arryne Dr S, Noblesville, IN 46062</w:t>
      </w:r>
      <w:r w:rsidRPr="009353D7">
        <w:rPr>
          <w:rFonts w:ascii="Arial" w:hAnsi="Arial" w:cs="Arial"/>
        </w:rPr>
        <w:br/>
      </w:r>
      <w:r w:rsidRPr="009353D7">
        <w:rPr>
          <w:rFonts w:ascii="Segoe UI Emoji" w:hAnsi="Segoe UI Emoji" w:cs="Segoe UI Emoji"/>
        </w:rPr>
        <w:t>📞</w:t>
      </w:r>
      <w:r w:rsidRPr="009353D7">
        <w:rPr>
          <w:rFonts w:ascii="Arial" w:hAnsi="Arial" w:cs="Arial"/>
        </w:rPr>
        <w:t xml:space="preserve"> (317) 922-6839 • </w:t>
      </w:r>
      <w:r w:rsidRPr="009353D7">
        <w:rPr>
          <w:rFonts w:ascii="Segoe UI Emoji" w:hAnsi="Segoe UI Emoji" w:cs="Segoe UI Emoji"/>
        </w:rPr>
        <w:t>📧</w:t>
      </w:r>
      <w:r w:rsidRPr="009353D7">
        <w:rPr>
          <w:rFonts w:ascii="Arial" w:hAnsi="Arial" w:cs="Arial"/>
        </w:rPr>
        <w:t xml:space="preserve"> robertoperez26@gmail.com</w:t>
      </w:r>
      <w:r w:rsidRPr="009353D7">
        <w:rPr>
          <w:rFonts w:ascii="Arial" w:hAnsi="Arial" w:cs="Arial"/>
        </w:rPr>
        <w:br/>
      </w:r>
      <w:r w:rsidRPr="009353D7">
        <w:rPr>
          <w:rFonts w:ascii="Segoe UI Emoji" w:hAnsi="Segoe UI Emoji" w:cs="Segoe UI Emoji"/>
        </w:rPr>
        <w:t>🔧</w:t>
      </w:r>
      <w:r w:rsidRPr="009353D7">
        <w:rPr>
          <w:rFonts w:ascii="Arial" w:hAnsi="Arial" w:cs="Arial"/>
        </w:rPr>
        <w:t xml:space="preserve"> Bilingual: Spanish (native), English (basic – in progress)</w:t>
      </w:r>
    </w:p>
    <w:p w14:paraId="7165FFB4" w14:textId="77777777" w:rsidR="00536C20" w:rsidRPr="009353D7" w:rsidRDefault="003B7C70">
      <w:pPr>
        <w:pStyle w:val="Ttulo2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Professional Summary</w:t>
      </w:r>
    </w:p>
    <w:p w14:paraId="710F9180" w14:textId="439975A8" w:rsidR="00362493" w:rsidRPr="009353D7" w:rsidRDefault="00362493" w:rsidP="00362493">
      <w:pPr>
        <w:spacing w:before="240" w:line="240" w:lineRule="auto"/>
        <w:jc w:val="both"/>
        <w:rPr>
          <w:rFonts w:ascii="Arial" w:hAnsi="Arial" w:cs="Arial"/>
        </w:rPr>
      </w:pPr>
      <w:r w:rsidRPr="00362493">
        <w:rPr>
          <w:rFonts w:ascii="Arial" w:hAnsi="Arial" w:cs="Arial"/>
        </w:rPr>
        <w:t xml:space="preserve">Experienced and safety-conscious Electrician with over </w:t>
      </w:r>
      <w:r w:rsidR="009D7579">
        <w:rPr>
          <w:rFonts w:ascii="Arial" w:hAnsi="Arial" w:cs="Arial"/>
        </w:rPr>
        <w:t>4</w:t>
      </w:r>
      <w:r w:rsidRPr="00362493">
        <w:rPr>
          <w:rFonts w:ascii="Arial" w:hAnsi="Arial" w:cs="Arial"/>
        </w:rPr>
        <w:t xml:space="preserve"> years of hands-on</w:t>
      </w:r>
      <w:r w:rsidRPr="009353D7">
        <w:rPr>
          <w:rFonts w:ascii="Arial" w:hAnsi="Arial" w:cs="Arial"/>
        </w:rPr>
        <w:t xml:space="preserve"> </w:t>
      </w:r>
      <w:r w:rsidRPr="00362493">
        <w:rPr>
          <w:rFonts w:ascii="Arial" w:hAnsi="Arial" w:cs="Arial"/>
        </w:rPr>
        <w:t>work in residential,</w:t>
      </w:r>
      <w:r w:rsidR="009D7579">
        <w:rPr>
          <w:rFonts w:ascii="Arial" w:hAnsi="Arial" w:cs="Arial"/>
        </w:rPr>
        <w:t xml:space="preserve"> </w:t>
      </w:r>
      <w:r w:rsidRPr="00362493">
        <w:rPr>
          <w:rFonts w:ascii="Arial" w:hAnsi="Arial" w:cs="Arial"/>
        </w:rPr>
        <w:t>commercial, and industrial electrical systems across the United State</w:t>
      </w:r>
      <w:r w:rsidRPr="009353D7">
        <w:rPr>
          <w:rFonts w:ascii="Arial" w:hAnsi="Arial" w:cs="Arial"/>
        </w:rPr>
        <w:t>s</w:t>
      </w:r>
      <w:r w:rsidRPr="00362493">
        <w:rPr>
          <w:rFonts w:ascii="Arial" w:hAnsi="Arial" w:cs="Arial"/>
        </w:rPr>
        <w:t>. Proven ability to manage complex electrical installations, conduit bending,</w:t>
      </w:r>
      <w:r w:rsidRPr="009353D7">
        <w:rPr>
          <w:rFonts w:ascii="Arial" w:hAnsi="Arial" w:cs="Arial"/>
        </w:rPr>
        <w:t xml:space="preserve"> </w:t>
      </w:r>
      <w:r w:rsidRPr="00362493">
        <w:rPr>
          <w:rFonts w:ascii="Arial" w:hAnsi="Arial" w:cs="Arial"/>
        </w:rPr>
        <w:t>panel wiring, and low/high-voltage terminations. Strong background in blueprint reading,</w:t>
      </w:r>
      <w:r w:rsidRPr="009353D7">
        <w:rPr>
          <w:rFonts w:ascii="Arial" w:hAnsi="Arial" w:cs="Arial"/>
        </w:rPr>
        <w:t xml:space="preserve"> </w:t>
      </w:r>
      <w:r w:rsidRPr="00362493">
        <w:rPr>
          <w:rFonts w:ascii="Arial" w:hAnsi="Arial" w:cs="Arial"/>
        </w:rPr>
        <w:t>lighting control systems, and device setup. Bilingual, detail-oriented, and committed to high</w:t>
      </w:r>
      <w:r w:rsidRPr="009353D7">
        <w:rPr>
          <w:rFonts w:ascii="Arial" w:hAnsi="Arial" w:cs="Arial"/>
        </w:rPr>
        <w:t xml:space="preserve"> </w:t>
      </w:r>
      <w:r w:rsidRPr="00362493">
        <w:rPr>
          <w:rFonts w:ascii="Arial" w:hAnsi="Arial" w:cs="Arial"/>
        </w:rPr>
        <w:t>quality</w:t>
      </w:r>
      <w:r w:rsidRPr="009353D7">
        <w:rPr>
          <w:rFonts w:ascii="Arial" w:hAnsi="Arial" w:cs="Arial"/>
        </w:rPr>
        <w:t xml:space="preserve"> </w:t>
      </w:r>
      <w:r w:rsidRPr="00362493">
        <w:rPr>
          <w:rFonts w:ascii="Arial" w:hAnsi="Arial" w:cs="Arial"/>
        </w:rPr>
        <w:t>workmanship. Actively seeking to contribute to the professional standards and</w:t>
      </w:r>
      <w:r w:rsidRPr="009353D7">
        <w:rPr>
          <w:rFonts w:ascii="Arial" w:hAnsi="Arial" w:cs="Arial"/>
        </w:rPr>
        <w:t xml:space="preserve"> excellence</w:t>
      </w:r>
    </w:p>
    <w:p w14:paraId="7D4DD81A" w14:textId="77777777" w:rsidR="00536C20" w:rsidRPr="009353D7" w:rsidRDefault="003B7C70">
      <w:pPr>
        <w:pStyle w:val="Ttulo2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Key Skills</w:t>
      </w:r>
    </w:p>
    <w:p w14:paraId="2E686059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- Residential, commercial, and industrial electrical installations</w:t>
      </w:r>
      <w:r w:rsidRPr="009353D7">
        <w:rPr>
          <w:rFonts w:ascii="Arial" w:hAnsi="Arial" w:cs="Arial"/>
        </w:rPr>
        <w:br/>
        <w:t>- EMT</w:t>
      </w:r>
      <w:r w:rsidR="00362493" w:rsidRPr="009353D7">
        <w:rPr>
          <w:rFonts w:ascii="Arial" w:hAnsi="Arial" w:cs="Arial"/>
        </w:rPr>
        <w:t xml:space="preserve"> and </w:t>
      </w:r>
      <w:r w:rsidR="009636C7" w:rsidRPr="009353D7">
        <w:rPr>
          <w:rFonts w:ascii="Arial" w:hAnsi="Arial" w:cs="Arial"/>
        </w:rPr>
        <w:t>PVC</w:t>
      </w:r>
      <w:r w:rsidRPr="009353D7">
        <w:rPr>
          <w:rFonts w:ascii="Arial" w:hAnsi="Arial" w:cs="Arial"/>
        </w:rPr>
        <w:t xml:space="preserve"> conduit bending</w:t>
      </w:r>
      <w:r w:rsidR="00362493" w:rsidRPr="009353D7">
        <w:rPr>
          <w:rFonts w:ascii="Arial" w:hAnsi="Arial" w:cs="Arial"/>
        </w:rPr>
        <w:t xml:space="preserve"> </w:t>
      </w:r>
      <w:r w:rsidR="009636C7" w:rsidRPr="009353D7">
        <w:rPr>
          <w:rFonts w:ascii="Arial" w:hAnsi="Arial" w:cs="Arial"/>
        </w:rPr>
        <w:t>(½” to 4”)</w:t>
      </w:r>
      <w:r w:rsidRPr="009353D7">
        <w:rPr>
          <w:rFonts w:ascii="Arial" w:hAnsi="Arial" w:cs="Arial"/>
        </w:rPr>
        <w:br/>
        <w:t>- Electrical blueprint and schematic reading</w:t>
      </w:r>
      <w:r w:rsidRPr="009353D7">
        <w:rPr>
          <w:rFonts w:ascii="Arial" w:hAnsi="Arial" w:cs="Arial"/>
        </w:rPr>
        <w:br/>
        <w:t>- High and low-voltage wiring</w:t>
      </w:r>
      <w:r w:rsidR="009636C7" w:rsidRPr="009353D7">
        <w:rPr>
          <w:rFonts w:ascii="Arial" w:hAnsi="Arial" w:cs="Arial"/>
        </w:rPr>
        <w:t xml:space="preserve"> and pulling </w:t>
      </w:r>
      <w:r w:rsidRPr="009353D7">
        <w:rPr>
          <w:rFonts w:ascii="Arial" w:hAnsi="Arial" w:cs="Arial"/>
        </w:rPr>
        <w:br/>
        <w:t>- Lighting systems installation</w:t>
      </w:r>
      <w:r w:rsidR="009636C7" w:rsidRPr="009353D7">
        <w:rPr>
          <w:rFonts w:ascii="Arial" w:hAnsi="Arial" w:cs="Arial"/>
        </w:rPr>
        <w:t xml:space="preserve"> and installation of outlets</w:t>
      </w:r>
      <w:r w:rsidRPr="009353D7">
        <w:rPr>
          <w:rFonts w:ascii="Arial" w:hAnsi="Arial" w:cs="Arial"/>
        </w:rPr>
        <w:br/>
        <w:t>- Certified forklift operator</w:t>
      </w:r>
      <w:r w:rsidRPr="009353D7">
        <w:rPr>
          <w:rFonts w:ascii="Arial" w:hAnsi="Arial" w:cs="Arial"/>
        </w:rPr>
        <w:br/>
        <w:t>- Inventory management and shipping/receiving</w:t>
      </w:r>
      <w:r w:rsidRPr="009353D7">
        <w:rPr>
          <w:rFonts w:ascii="Arial" w:hAnsi="Arial" w:cs="Arial"/>
        </w:rPr>
        <w:br/>
        <w:t>- Team leadership and supervision</w:t>
      </w:r>
      <w:r w:rsidRPr="009353D7">
        <w:rPr>
          <w:rFonts w:ascii="Arial" w:hAnsi="Arial" w:cs="Arial"/>
        </w:rPr>
        <w:br/>
        <w:t>- Microsoft Office Suite</w:t>
      </w:r>
    </w:p>
    <w:p w14:paraId="7544F665" w14:textId="77777777" w:rsidR="00536C20" w:rsidRPr="009353D7" w:rsidRDefault="003B7C70">
      <w:pPr>
        <w:pStyle w:val="Ttulo2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Work Experience</w:t>
      </w:r>
    </w:p>
    <w:p w14:paraId="71AD6624" w14:textId="77777777" w:rsidR="007933CE" w:rsidRPr="0074295A" w:rsidRDefault="004A0C47">
      <w:pPr>
        <w:rPr>
          <w:b/>
          <w:bCs/>
        </w:rPr>
      </w:pPr>
      <w:r w:rsidRPr="0074295A">
        <w:rPr>
          <w:b/>
          <w:bCs/>
        </w:rPr>
        <w:t>Cupertino Electric – IBEW Local 16 | Petersburg, IN</w:t>
      </w:r>
    </w:p>
    <w:p w14:paraId="24347109" w14:textId="77777777" w:rsidR="007933CE" w:rsidRDefault="004A0C47">
      <w:r>
        <w:t>Solar Electrician / Installer | Jul 2025 – Nov 2025</w:t>
      </w:r>
    </w:p>
    <w:p w14:paraId="0AE126C9" w14:textId="1FBDAC40" w:rsidR="007933CE" w:rsidRDefault="004A0C47">
      <w:r>
        <w:t>- Installed and wired photovoltaic (PV) panels following NEC and project specifications</w:t>
      </w:r>
      <w:r w:rsidR="00281151">
        <w:t>.</w:t>
      </w:r>
    </w:p>
    <w:p w14:paraId="7A99AF8D" w14:textId="77777777" w:rsidR="007933CE" w:rsidRDefault="004A0C47">
      <w:r>
        <w:t>- Pulled and terminated DC and AC cables, performed grounding and bonding connections.</w:t>
      </w:r>
    </w:p>
    <w:p w14:paraId="52FB77B0" w14:textId="14A4826F" w:rsidR="007933CE" w:rsidRDefault="004A0C47">
      <w:r>
        <w:t>- Installed conduit runs, junction boxes, and combiner boxes for solar array systems.</w:t>
      </w:r>
    </w:p>
    <w:p w14:paraId="6145D24F" w14:textId="4A85C920" w:rsidR="007933CE" w:rsidRDefault="004A0C47">
      <w:r>
        <w:t>- Worked safely and efficiently as part of the IBEW Local 16 crew.</w:t>
      </w:r>
    </w:p>
    <w:p w14:paraId="4EA210DE" w14:textId="71BFDC91" w:rsidR="009636C7" w:rsidRPr="009636C7" w:rsidRDefault="009636C7" w:rsidP="00A22A86">
      <w:pPr>
        <w:spacing w:after="0"/>
        <w:rPr>
          <w:rFonts w:ascii="Arial" w:hAnsi="Arial" w:cs="Arial"/>
          <w:b/>
          <w:bCs/>
        </w:rPr>
      </w:pPr>
      <w:r w:rsidRPr="009636C7">
        <w:rPr>
          <w:rFonts w:ascii="Arial" w:hAnsi="Arial" w:cs="Arial"/>
          <w:b/>
          <w:bCs/>
        </w:rPr>
        <w:t>NCW – Plainfield, IN. Electrician | Feb 202</w:t>
      </w:r>
      <w:r w:rsidR="00A22A86" w:rsidRPr="009353D7">
        <w:rPr>
          <w:rFonts w:ascii="Arial" w:hAnsi="Arial" w:cs="Arial"/>
          <w:b/>
          <w:bCs/>
        </w:rPr>
        <w:t>5</w:t>
      </w:r>
      <w:r w:rsidRPr="009636C7">
        <w:rPr>
          <w:rFonts w:ascii="Arial" w:hAnsi="Arial" w:cs="Arial"/>
          <w:b/>
          <w:bCs/>
        </w:rPr>
        <w:t xml:space="preserve"> – Ju</w:t>
      </w:r>
      <w:r w:rsidR="00A22A86" w:rsidRPr="009353D7">
        <w:rPr>
          <w:rFonts w:ascii="Arial" w:hAnsi="Arial" w:cs="Arial"/>
          <w:b/>
          <w:bCs/>
        </w:rPr>
        <w:t>l</w:t>
      </w:r>
      <w:r w:rsidRPr="009636C7">
        <w:rPr>
          <w:rFonts w:ascii="Arial" w:hAnsi="Arial" w:cs="Arial"/>
          <w:b/>
          <w:bCs/>
        </w:rPr>
        <w:t xml:space="preserve"> 202</w:t>
      </w:r>
      <w:r w:rsidR="00A22A86" w:rsidRPr="009353D7">
        <w:rPr>
          <w:rFonts w:ascii="Arial" w:hAnsi="Arial" w:cs="Arial"/>
          <w:b/>
          <w:bCs/>
        </w:rPr>
        <w:t>5</w:t>
      </w:r>
      <w:r w:rsidR="00C526F1">
        <w:rPr>
          <w:rFonts w:ascii="Arial" w:hAnsi="Arial" w:cs="Arial"/>
          <w:b/>
          <w:bCs/>
        </w:rPr>
        <w:t xml:space="preserve"> (</w:t>
      </w:r>
      <w:r w:rsidR="0068417D">
        <w:rPr>
          <w:rFonts w:ascii="Arial" w:hAnsi="Arial" w:cs="Arial"/>
          <w:b/>
          <w:bCs/>
        </w:rPr>
        <w:t>Hobbs Station Development)</w:t>
      </w:r>
    </w:p>
    <w:p w14:paraId="3A6DEB44" w14:textId="77777777" w:rsidR="009636C7" w:rsidRPr="009353D7" w:rsidRDefault="009636C7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 xml:space="preserve">Installed </w:t>
      </w:r>
      <w:proofErr w:type="spellStart"/>
      <w:r w:rsidRPr="009353D7">
        <w:rPr>
          <w:rFonts w:ascii="Arial" w:hAnsi="Arial" w:cs="Arial"/>
        </w:rPr>
        <w:t>Romex</w:t>
      </w:r>
      <w:proofErr w:type="spellEnd"/>
      <w:r w:rsidRPr="009353D7">
        <w:rPr>
          <w:rFonts w:ascii="Arial" w:hAnsi="Arial" w:cs="Arial"/>
        </w:rPr>
        <w:t xml:space="preserve"> and MC cables (12/2 to 10/4+), devices, switches, and panels</w:t>
      </w:r>
    </w:p>
    <w:p w14:paraId="25E768A5" w14:textId="77777777" w:rsidR="009636C7" w:rsidRPr="009353D7" w:rsidRDefault="009636C7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Temporary lighting, fire alarm cables, and can light installation</w:t>
      </w:r>
    </w:p>
    <w:p w14:paraId="39A64CB8" w14:textId="77777777" w:rsidR="00A22A86" w:rsidRPr="009353D7" w:rsidRDefault="00A22A86" w:rsidP="00A22A86">
      <w:pPr>
        <w:spacing w:after="0"/>
        <w:rPr>
          <w:rFonts w:ascii="Arial" w:hAnsi="Arial" w:cs="Arial"/>
          <w:b/>
          <w:bCs/>
        </w:rPr>
      </w:pPr>
    </w:p>
    <w:p w14:paraId="3BDA1353" w14:textId="15CE864D" w:rsidR="009636C7" w:rsidRPr="009636C7" w:rsidRDefault="009636C7" w:rsidP="00A22A86">
      <w:pPr>
        <w:spacing w:after="0"/>
        <w:rPr>
          <w:rFonts w:ascii="Arial" w:hAnsi="Arial" w:cs="Arial"/>
          <w:b/>
          <w:bCs/>
        </w:rPr>
      </w:pPr>
      <w:r w:rsidRPr="009636C7">
        <w:rPr>
          <w:rFonts w:ascii="Arial" w:hAnsi="Arial" w:cs="Arial"/>
          <w:b/>
          <w:bCs/>
        </w:rPr>
        <w:t xml:space="preserve">ATS – Carmel, IN. Electrician | </w:t>
      </w:r>
      <w:r w:rsidR="00A22A86" w:rsidRPr="009353D7">
        <w:rPr>
          <w:rFonts w:ascii="Arial" w:hAnsi="Arial" w:cs="Arial"/>
          <w:b/>
          <w:bCs/>
        </w:rPr>
        <w:t>Jan</w:t>
      </w:r>
      <w:r w:rsidRPr="009636C7">
        <w:rPr>
          <w:rFonts w:ascii="Arial" w:hAnsi="Arial" w:cs="Arial"/>
          <w:b/>
          <w:bCs/>
        </w:rPr>
        <w:t xml:space="preserve"> 202</w:t>
      </w:r>
      <w:r w:rsidR="00A22A86" w:rsidRPr="009353D7">
        <w:rPr>
          <w:rFonts w:ascii="Arial" w:hAnsi="Arial" w:cs="Arial"/>
          <w:b/>
          <w:bCs/>
        </w:rPr>
        <w:t>4</w:t>
      </w:r>
      <w:r w:rsidRPr="009636C7">
        <w:rPr>
          <w:rFonts w:ascii="Arial" w:hAnsi="Arial" w:cs="Arial"/>
          <w:b/>
          <w:bCs/>
        </w:rPr>
        <w:t xml:space="preserve"> – Feb 202</w:t>
      </w:r>
      <w:r w:rsidR="00A22A86" w:rsidRPr="009353D7">
        <w:rPr>
          <w:rFonts w:ascii="Arial" w:hAnsi="Arial" w:cs="Arial"/>
          <w:b/>
          <w:bCs/>
        </w:rPr>
        <w:t>5</w:t>
      </w:r>
      <w:r w:rsidR="00D232FB">
        <w:rPr>
          <w:rFonts w:ascii="Arial" w:hAnsi="Arial" w:cs="Arial"/>
          <w:b/>
          <w:bCs/>
        </w:rPr>
        <w:t xml:space="preserve"> (</w:t>
      </w:r>
      <w:r w:rsidR="00536141">
        <w:rPr>
          <w:rFonts w:ascii="Arial" w:hAnsi="Arial" w:cs="Arial"/>
          <w:b/>
          <w:bCs/>
        </w:rPr>
        <w:t xml:space="preserve">IU Health </w:t>
      </w:r>
      <w:r w:rsidR="001C3586">
        <w:rPr>
          <w:rFonts w:ascii="Arial" w:hAnsi="Arial" w:cs="Arial"/>
          <w:b/>
          <w:bCs/>
        </w:rPr>
        <w:t xml:space="preserve">North </w:t>
      </w:r>
      <w:r w:rsidR="00536141">
        <w:rPr>
          <w:rFonts w:ascii="Arial" w:hAnsi="Arial" w:cs="Arial"/>
          <w:b/>
          <w:bCs/>
        </w:rPr>
        <w:t>Hospital</w:t>
      </w:r>
      <w:r w:rsidR="001C3586">
        <w:rPr>
          <w:rFonts w:ascii="Arial" w:hAnsi="Arial" w:cs="Arial"/>
          <w:b/>
          <w:bCs/>
        </w:rPr>
        <w:t xml:space="preserve"> Expansion)</w:t>
      </w:r>
    </w:p>
    <w:p w14:paraId="382420E2" w14:textId="77777777" w:rsidR="009636C7" w:rsidRPr="009353D7" w:rsidRDefault="00C67C91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</w:t>
      </w:r>
      <w:r w:rsidR="009636C7" w:rsidRPr="009353D7">
        <w:rPr>
          <w:rFonts w:ascii="Arial" w:hAnsi="Arial" w:cs="Arial"/>
        </w:rPr>
        <w:t xml:space="preserve"> EMT/PVC conduit bending (½” to 4”)</w:t>
      </w:r>
    </w:p>
    <w:p w14:paraId="5D0E4DC0" w14:textId="77777777" w:rsidR="00C67C91" w:rsidRPr="009353D7" w:rsidRDefault="00C67C91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 xml:space="preserve">- </w:t>
      </w:r>
      <w:r w:rsidR="009636C7" w:rsidRPr="009353D7">
        <w:rPr>
          <w:rFonts w:ascii="Arial" w:hAnsi="Arial" w:cs="Arial"/>
        </w:rPr>
        <w:t>Panel and ceiling light installations, MC cable runs</w:t>
      </w:r>
    </w:p>
    <w:p w14:paraId="08C99BD1" w14:textId="77777777" w:rsidR="00C67C91" w:rsidRPr="009353D7" w:rsidRDefault="00C67C91" w:rsidP="00C67C91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 xml:space="preserve">- </w:t>
      </w:r>
      <w:r w:rsidRPr="00C67C91">
        <w:rPr>
          <w:rFonts w:ascii="Arial" w:hAnsi="Arial" w:cs="Arial"/>
        </w:rPr>
        <w:t>High-voltage cable work and EMT conduit installation</w:t>
      </w:r>
    </w:p>
    <w:p w14:paraId="396B44F8" w14:textId="77777777" w:rsidR="00C67C91" w:rsidRPr="00C67C91" w:rsidRDefault="00C67C91" w:rsidP="00C67C91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</w:t>
      </w:r>
      <w:r w:rsidRPr="00C67C91">
        <w:rPr>
          <w:rFonts w:ascii="Arial" w:hAnsi="Arial" w:cs="Arial"/>
        </w:rPr>
        <w:t xml:space="preserve"> Cat 5/6 terminations, access points, speaker and security camera installations</w:t>
      </w:r>
    </w:p>
    <w:p w14:paraId="63419FBB" w14:textId="77777777" w:rsidR="00C67C91" w:rsidRPr="00C67C91" w:rsidRDefault="00C67C91" w:rsidP="00C67C91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</w:t>
      </w:r>
      <w:r w:rsidRPr="00C67C91">
        <w:rPr>
          <w:rFonts w:ascii="Arial" w:hAnsi="Arial" w:cs="Arial"/>
        </w:rPr>
        <w:t xml:space="preserve"> Powered main electrical panels and ran AC/DC cabling</w:t>
      </w:r>
    </w:p>
    <w:p w14:paraId="6799A744" w14:textId="77777777" w:rsidR="00C67C91" w:rsidRPr="009353D7" w:rsidRDefault="00C67C91" w:rsidP="00C67C91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 xml:space="preserve">- </w:t>
      </w:r>
      <w:r w:rsidR="003B7C70" w:rsidRPr="009353D7">
        <w:rPr>
          <w:rFonts w:ascii="Arial" w:hAnsi="Arial" w:cs="Arial"/>
        </w:rPr>
        <w:t>Electrician Assistant</w:t>
      </w:r>
      <w:r w:rsidR="003B7C70" w:rsidRPr="009353D7">
        <w:rPr>
          <w:rFonts w:ascii="Arial" w:hAnsi="Arial" w:cs="Arial"/>
        </w:rPr>
        <w:br/>
      </w:r>
    </w:p>
    <w:p w14:paraId="2A1322E0" w14:textId="77777777" w:rsidR="00AD0E8E" w:rsidRPr="00AD0E8E" w:rsidRDefault="003B7C70" w:rsidP="00AD0E8E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  <w:b/>
          <w:bCs/>
        </w:rPr>
        <w:t>NCW – Indiana |</w:t>
      </w:r>
      <w:r w:rsidR="00A22A86" w:rsidRPr="009353D7">
        <w:rPr>
          <w:rFonts w:ascii="Arial" w:hAnsi="Arial" w:cs="Arial"/>
          <w:b/>
          <w:bCs/>
        </w:rPr>
        <w:t xml:space="preserve"> Aug</w:t>
      </w:r>
      <w:r w:rsidR="00C67C91" w:rsidRPr="009636C7">
        <w:rPr>
          <w:rFonts w:ascii="Arial" w:hAnsi="Arial" w:cs="Arial"/>
          <w:b/>
          <w:bCs/>
        </w:rPr>
        <w:t xml:space="preserve"> 202</w:t>
      </w:r>
      <w:r w:rsidR="00A22A86" w:rsidRPr="009353D7">
        <w:rPr>
          <w:rFonts w:ascii="Arial" w:hAnsi="Arial" w:cs="Arial"/>
          <w:b/>
          <w:bCs/>
        </w:rPr>
        <w:t>2</w:t>
      </w:r>
      <w:r w:rsidR="00C67C91" w:rsidRPr="009636C7">
        <w:rPr>
          <w:rFonts w:ascii="Arial" w:hAnsi="Arial" w:cs="Arial"/>
          <w:b/>
          <w:bCs/>
        </w:rPr>
        <w:t xml:space="preserve"> – </w:t>
      </w:r>
      <w:r w:rsidR="00C67C91" w:rsidRPr="009353D7">
        <w:rPr>
          <w:rFonts w:ascii="Arial" w:hAnsi="Arial" w:cs="Arial"/>
          <w:b/>
          <w:bCs/>
        </w:rPr>
        <w:t xml:space="preserve"> </w:t>
      </w:r>
      <w:r w:rsidR="00A22A86" w:rsidRPr="009353D7">
        <w:rPr>
          <w:rFonts w:ascii="Arial" w:hAnsi="Arial" w:cs="Arial"/>
          <w:b/>
          <w:bCs/>
        </w:rPr>
        <w:t xml:space="preserve">Dec </w:t>
      </w:r>
      <w:r w:rsidR="00C67C91" w:rsidRPr="009353D7">
        <w:rPr>
          <w:rFonts w:ascii="Arial" w:hAnsi="Arial" w:cs="Arial"/>
          <w:b/>
          <w:bCs/>
        </w:rPr>
        <w:t>202</w:t>
      </w:r>
      <w:r w:rsidR="00A22A86" w:rsidRPr="009353D7">
        <w:rPr>
          <w:rFonts w:ascii="Arial" w:hAnsi="Arial" w:cs="Arial"/>
          <w:b/>
          <w:bCs/>
        </w:rPr>
        <w:t>3</w:t>
      </w:r>
      <w:r w:rsidR="00F23B97">
        <w:rPr>
          <w:rFonts w:ascii="Arial" w:hAnsi="Arial" w:cs="Arial"/>
          <w:b/>
          <w:bCs/>
        </w:rPr>
        <w:t xml:space="preserve"> (Behr Paint)</w:t>
      </w:r>
      <w:r w:rsidRPr="009353D7">
        <w:rPr>
          <w:rFonts w:ascii="Arial" w:hAnsi="Arial" w:cs="Arial"/>
          <w:b/>
          <w:bCs/>
        </w:rPr>
        <w:br/>
      </w:r>
      <w:r w:rsidRPr="009353D7">
        <w:rPr>
          <w:rFonts w:ascii="Arial" w:hAnsi="Arial" w:cs="Arial"/>
        </w:rPr>
        <w:t xml:space="preserve">- </w:t>
      </w:r>
      <w:r w:rsidR="00AD0E8E" w:rsidRPr="00AD0E8E">
        <w:rPr>
          <w:rFonts w:ascii="Arial" w:hAnsi="Arial" w:cs="Arial"/>
        </w:rPr>
        <w:t xml:space="preserve"> EMT pipe 3/4</w:t>
      </w:r>
    </w:p>
    <w:p w14:paraId="62CBE4FE" w14:textId="2CD21413" w:rsidR="00AD0E8E" w:rsidRPr="00AD0E8E" w:rsidRDefault="00E2392A" w:rsidP="00AD0E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D0E8E" w:rsidRPr="00AD0E8E">
        <w:rPr>
          <w:rFonts w:ascii="Arial" w:hAnsi="Arial" w:cs="Arial"/>
        </w:rPr>
        <w:t xml:space="preserve"> </w:t>
      </w:r>
      <w:proofErr w:type="spellStart"/>
      <w:r w:rsidR="00AD0E8E" w:rsidRPr="00AD0E8E">
        <w:rPr>
          <w:rFonts w:ascii="Arial" w:hAnsi="Arial" w:cs="Arial"/>
        </w:rPr>
        <w:t>Roug-in</w:t>
      </w:r>
      <w:proofErr w:type="spellEnd"/>
      <w:r w:rsidR="00AD0E8E" w:rsidRPr="00AD0E8E">
        <w:rPr>
          <w:rFonts w:ascii="Arial" w:hAnsi="Arial" w:cs="Arial"/>
        </w:rPr>
        <w:t xml:space="preserve"> unit device installation range plug, </w:t>
      </w:r>
      <w:proofErr w:type="spellStart"/>
      <w:r w:rsidR="00AD0E8E" w:rsidRPr="00AD0E8E">
        <w:rPr>
          <w:rFonts w:ascii="Arial" w:hAnsi="Arial" w:cs="Arial"/>
        </w:rPr>
        <w:t>GFl</w:t>
      </w:r>
      <w:proofErr w:type="spellEnd"/>
      <w:r w:rsidR="00AD0E8E" w:rsidRPr="00AD0E8E">
        <w:rPr>
          <w:rFonts w:ascii="Arial" w:hAnsi="Arial" w:cs="Arial"/>
        </w:rPr>
        <w:t>, switch,</w:t>
      </w:r>
      <w:r w:rsidR="008D2A39">
        <w:rPr>
          <w:rFonts w:ascii="Arial" w:hAnsi="Arial" w:cs="Arial"/>
        </w:rPr>
        <w:t xml:space="preserve"> </w:t>
      </w:r>
      <w:r w:rsidR="00AD0E8E" w:rsidRPr="00AD0E8E">
        <w:rPr>
          <w:rFonts w:ascii="Arial" w:hAnsi="Arial" w:cs="Arial"/>
        </w:rPr>
        <w:t>t</w:t>
      </w:r>
      <w:r w:rsidR="007A5BB6">
        <w:rPr>
          <w:rFonts w:ascii="Arial" w:hAnsi="Arial" w:cs="Arial"/>
        </w:rPr>
        <w:t>hree</w:t>
      </w:r>
      <w:r w:rsidR="00AD0E8E" w:rsidRPr="00AD0E8E">
        <w:rPr>
          <w:rFonts w:ascii="Arial" w:hAnsi="Arial" w:cs="Arial"/>
        </w:rPr>
        <w:t xml:space="preserve"> way, small detector, 50amp disconnect</w:t>
      </w:r>
    </w:p>
    <w:p w14:paraId="431CC4C8" w14:textId="7BF33471" w:rsidR="00AD0E8E" w:rsidRPr="00AD0E8E" w:rsidRDefault="00E2392A" w:rsidP="00AD0E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D0E8E" w:rsidRPr="00AD0E8E">
        <w:rPr>
          <w:rFonts w:ascii="Arial" w:hAnsi="Arial" w:cs="Arial"/>
        </w:rPr>
        <w:t xml:space="preserve">Pull </w:t>
      </w:r>
      <w:proofErr w:type="spellStart"/>
      <w:r w:rsidR="00AD0E8E" w:rsidRPr="00AD0E8E">
        <w:rPr>
          <w:rFonts w:ascii="Arial" w:hAnsi="Arial" w:cs="Arial"/>
        </w:rPr>
        <w:t>Romex</w:t>
      </w:r>
      <w:proofErr w:type="spellEnd"/>
      <w:r w:rsidR="00AD0E8E" w:rsidRPr="00AD0E8E">
        <w:rPr>
          <w:rFonts w:ascii="Arial" w:hAnsi="Arial" w:cs="Arial"/>
        </w:rPr>
        <w:t xml:space="preserve"> wire for temporary power</w:t>
      </w:r>
    </w:p>
    <w:p w14:paraId="41B604B2" w14:textId="3C2FDA39" w:rsidR="00AD0E8E" w:rsidRPr="00AD0E8E" w:rsidRDefault="00E2392A" w:rsidP="00AD0E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D0E8E" w:rsidRPr="00AD0E8E">
        <w:rPr>
          <w:rFonts w:ascii="Arial" w:hAnsi="Arial" w:cs="Arial"/>
        </w:rPr>
        <w:t>Panel installation and termination</w:t>
      </w:r>
    </w:p>
    <w:p w14:paraId="7EDF0AE9" w14:textId="0A6D2B16" w:rsidR="00AD0E8E" w:rsidRPr="00AD0E8E" w:rsidRDefault="00E2392A" w:rsidP="00AD0E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D0E8E" w:rsidRPr="00AD0E8E">
        <w:rPr>
          <w:rFonts w:ascii="Arial" w:hAnsi="Arial" w:cs="Arial"/>
        </w:rPr>
        <w:t>Circuit termination, MC cable installation</w:t>
      </w:r>
    </w:p>
    <w:p w14:paraId="0CB2CFD8" w14:textId="2B7247F6" w:rsidR="00C67C91" w:rsidRPr="009353D7" w:rsidRDefault="00E2392A" w:rsidP="00C67C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D0E8E" w:rsidRPr="00AD0E8E">
        <w:rPr>
          <w:rFonts w:ascii="Arial" w:hAnsi="Arial" w:cs="Arial"/>
        </w:rPr>
        <w:t xml:space="preserve"> Light Installation</w:t>
      </w:r>
      <w:r w:rsidR="003B7C70" w:rsidRPr="009353D7">
        <w:rPr>
          <w:rFonts w:ascii="Arial" w:hAnsi="Arial" w:cs="Arial"/>
        </w:rPr>
        <w:t>Assisted with electrical installations in homes and commercial spaces</w:t>
      </w:r>
      <w:r w:rsidR="003B7C70" w:rsidRPr="009353D7">
        <w:rPr>
          <w:rFonts w:ascii="Arial" w:hAnsi="Arial" w:cs="Arial"/>
        </w:rPr>
        <w:br/>
        <w:t>- Bending and pulling EMT conduit and wiring per blueprints</w:t>
      </w:r>
      <w:r w:rsidR="00C67C91" w:rsidRPr="009353D7">
        <w:rPr>
          <w:rFonts w:ascii="Arial" w:hAnsi="Arial" w:cs="Arial"/>
        </w:rPr>
        <w:t>.</w:t>
      </w:r>
    </w:p>
    <w:p w14:paraId="42DC59C6" w14:textId="77777777" w:rsidR="00C67C91" w:rsidRPr="009353D7" w:rsidRDefault="00C67C91" w:rsidP="00C67C91">
      <w:pPr>
        <w:pStyle w:val="Prrafodelista"/>
        <w:numPr>
          <w:ilvl w:val="0"/>
          <w:numId w:val="12"/>
        </w:numPr>
        <w:spacing w:after="0"/>
        <w:ind w:left="90" w:hanging="90"/>
        <w:rPr>
          <w:rFonts w:ascii="Arial" w:hAnsi="Arial" w:cs="Arial"/>
        </w:rPr>
      </w:pPr>
      <w:r w:rsidRPr="009353D7">
        <w:rPr>
          <w:rFonts w:ascii="Arial" w:hAnsi="Arial" w:cs="Arial"/>
        </w:rPr>
        <w:t>General electrical installations: lights, panels, floor boxes, junction boxes, and security</w:t>
      </w:r>
    </w:p>
    <w:p w14:paraId="1A6CE5A3" w14:textId="77777777" w:rsidR="00C67C91" w:rsidRPr="009353D7" w:rsidRDefault="00C67C91" w:rsidP="00C67C91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S</w:t>
      </w:r>
      <w:r w:rsidRPr="00C67C91">
        <w:rPr>
          <w:rFonts w:ascii="Arial" w:hAnsi="Arial" w:cs="Arial"/>
        </w:rPr>
        <w:t>ystems</w:t>
      </w:r>
      <w:r w:rsidRPr="009353D7">
        <w:rPr>
          <w:rFonts w:ascii="Arial" w:hAnsi="Arial" w:cs="Arial"/>
        </w:rPr>
        <w:t>.</w:t>
      </w:r>
    </w:p>
    <w:p w14:paraId="5EB2567C" w14:textId="77777777" w:rsidR="00C67C91" w:rsidRPr="009353D7" w:rsidRDefault="00C67C91" w:rsidP="00C67C91">
      <w:pPr>
        <w:pStyle w:val="Prrafodelista"/>
        <w:numPr>
          <w:ilvl w:val="0"/>
          <w:numId w:val="12"/>
        </w:numPr>
        <w:spacing w:after="0"/>
        <w:ind w:left="90" w:hanging="90"/>
        <w:rPr>
          <w:rFonts w:ascii="Arial" w:hAnsi="Arial" w:cs="Arial"/>
        </w:rPr>
      </w:pPr>
      <w:r w:rsidRPr="009353D7">
        <w:rPr>
          <w:rFonts w:ascii="Arial" w:hAnsi="Arial" w:cs="Arial"/>
        </w:rPr>
        <w:t>Managed cable routing, EMT/PVC conduit bending, and underground work.</w:t>
      </w:r>
    </w:p>
    <w:p w14:paraId="7AACBCB1" w14:textId="77777777" w:rsidR="00C67C91" w:rsidRPr="009353D7" w:rsidRDefault="00C67C91" w:rsidP="009636C7">
      <w:pPr>
        <w:rPr>
          <w:rFonts w:ascii="Arial" w:hAnsi="Arial" w:cs="Arial"/>
        </w:rPr>
      </w:pPr>
    </w:p>
    <w:p w14:paraId="4FCFD6D9" w14:textId="77777777" w:rsidR="00A22A86" w:rsidRPr="009353D7" w:rsidRDefault="003B7C70" w:rsidP="00A22A86">
      <w:pPr>
        <w:spacing w:after="0"/>
        <w:rPr>
          <w:rFonts w:ascii="Arial" w:hAnsi="Arial" w:cs="Arial"/>
          <w:b/>
          <w:bCs/>
        </w:rPr>
      </w:pPr>
      <w:r w:rsidRPr="009353D7">
        <w:rPr>
          <w:rFonts w:ascii="Arial" w:hAnsi="Arial" w:cs="Arial"/>
          <w:b/>
          <w:bCs/>
        </w:rPr>
        <w:t xml:space="preserve">Project-Based Electrician | </w:t>
      </w:r>
      <w:r w:rsidR="00A22A86" w:rsidRPr="009353D7">
        <w:rPr>
          <w:rFonts w:ascii="Arial" w:hAnsi="Arial" w:cs="Arial"/>
          <w:b/>
          <w:bCs/>
        </w:rPr>
        <w:t>Dec</w:t>
      </w:r>
      <w:r w:rsidR="00C67C91" w:rsidRPr="009636C7">
        <w:rPr>
          <w:rFonts w:ascii="Arial" w:hAnsi="Arial" w:cs="Arial"/>
          <w:b/>
          <w:bCs/>
        </w:rPr>
        <w:t xml:space="preserve"> 202</w:t>
      </w:r>
      <w:r w:rsidR="00A22A86" w:rsidRPr="009353D7">
        <w:rPr>
          <w:rFonts w:ascii="Arial" w:hAnsi="Arial" w:cs="Arial"/>
          <w:b/>
          <w:bCs/>
        </w:rPr>
        <w:t>1</w:t>
      </w:r>
      <w:r w:rsidR="00C67C91" w:rsidRPr="009636C7">
        <w:rPr>
          <w:rFonts w:ascii="Arial" w:hAnsi="Arial" w:cs="Arial"/>
          <w:b/>
          <w:bCs/>
        </w:rPr>
        <w:t xml:space="preserve"> – </w:t>
      </w:r>
      <w:r w:rsidR="00A22A86" w:rsidRPr="009353D7">
        <w:rPr>
          <w:rFonts w:ascii="Arial" w:hAnsi="Arial" w:cs="Arial"/>
          <w:b/>
          <w:bCs/>
        </w:rPr>
        <w:t>Aug</w:t>
      </w:r>
      <w:r w:rsidR="00C67C91" w:rsidRPr="009353D7">
        <w:rPr>
          <w:rFonts w:ascii="Arial" w:hAnsi="Arial" w:cs="Arial"/>
          <w:b/>
          <w:bCs/>
        </w:rPr>
        <w:t xml:space="preserve"> 202</w:t>
      </w:r>
      <w:r w:rsidR="00A22A86" w:rsidRPr="009353D7">
        <w:rPr>
          <w:rFonts w:ascii="Arial" w:hAnsi="Arial" w:cs="Arial"/>
          <w:b/>
          <w:bCs/>
        </w:rPr>
        <w:t>2</w:t>
      </w:r>
    </w:p>
    <w:p w14:paraId="7372291B" w14:textId="77777777" w:rsidR="00A22A86" w:rsidRPr="009353D7" w:rsidRDefault="00A22A86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 EMT/PVC conduit bending (½” to 4”)</w:t>
      </w:r>
    </w:p>
    <w:p w14:paraId="7D9FEEAF" w14:textId="77777777" w:rsidR="00A22A86" w:rsidRPr="009353D7" w:rsidRDefault="00A22A86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 Panel and ceiling light installations, MC cable runs</w:t>
      </w:r>
    </w:p>
    <w:p w14:paraId="7B94B5C4" w14:textId="77777777" w:rsidR="00536C20" w:rsidRPr="009353D7" w:rsidRDefault="00A22A86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 xml:space="preserve">- </w:t>
      </w:r>
      <w:r w:rsidRPr="00C67C91">
        <w:rPr>
          <w:rFonts w:ascii="Arial" w:hAnsi="Arial" w:cs="Arial"/>
        </w:rPr>
        <w:t>High-voltage cable work and EMT conduit installation</w:t>
      </w:r>
      <w:r w:rsidR="003B7C70" w:rsidRPr="009353D7">
        <w:rPr>
          <w:rFonts w:ascii="Arial" w:hAnsi="Arial" w:cs="Arial"/>
        </w:rPr>
        <w:br/>
        <w:t>- Worked on commercial electrical projects, including conduit and wiring installations</w:t>
      </w:r>
    </w:p>
    <w:p w14:paraId="130E2CB2" w14:textId="77777777" w:rsidR="00A22A86" w:rsidRPr="009353D7" w:rsidRDefault="00A22A86" w:rsidP="00A22A86">
      <w:pPr>
        <w:spacing w:after="0"/>
        <w:rPr>
          <w:rFonts w:ascii="Arial" w:hAnsi="Arial" w:cs="Arial"/>
        </w:rPr>
      </w:pPr>
    </w:p>
    <w:p w14:paraId="21D57252" w14:textId="77777777" w:rsidR="00A22A86" w:rsidRPr="009353D7" w:rsidRDefault="003B7C70" w:rsidP="00A22A86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  <w:b/>
          <w:bCs/>
        </w:rPr>
        <w:t xml:space="preserve">Contract Electrician | </w:t>
      </w:r>
      <w:r w:rsidR="00A22A86" w:rsidRPr="009353D7">
        <w:rPr>
          <w:rFonts w:ascii="Arial" w:hAnsi="Arial" w:cs="Arial"/>
          <w:b/>
          <w:bCs/>
        </w:rPr>
        <w:t>Nov 2020 – Nov 2021</w:t>
      </w:r>
      <w:r w:rsidRPr="009353D7">
        <w:rPr>
          <w:rFonts w:ascii="Arial" w:hAnsi="Arial" w:cs="Arial"/>
          <w:b/>
          <w:bCs/>
        </w:rPr>
        <w:br/>
      </w:r>
      <w:r w:rsidRPr="009353D7">
        <w:rPr>
          <w:rFonts w:ascii="Arial" w:hAnsi="Arial" w:cs="Arial"/>
        </w:rPr>
        <w:t>- Industrial electrical work under supervision</w:t>
      </w:r>
      <w:r w:rsidRPr="009353D7">
        <w:rPr>
          <w:rFonts w:ascii="Arial" w:hAnsi="Arial" w:cs="Arial"/>
        </w:rPr>
        <w:br/>
        <w:t>- Strict adherence to safety protocols and deadlines</w:t>
      </w:r>
    </w:p>
    <w:p w14:paraId="148F7C79" w14:textId="77777777" w:rsidR="00A22A86" w:rsidRPr="009353D7" w:rsidRDefault="00A22A86" w:rsidP="00A22A86">
      <w:pPr>
        <w:pStyle w:val="Prrafodelista"/>
        <w:numPr>
          <w:ilvl w:val="0"/>
          <w:numId w:val="12"/>
        </w:numPr>
        <w:spacing w:after="0"/>
        <w:ind w:left="90" w:hanging="90"/>
        <w:rPr>
          <w:rFonts w:ascii="Arial" w:hAnsi="Arial" w:cs="Arial"/>
        </w:rPr>
      </w:pPr>
      <w:r w:rsidRPr="009353D7">
        <w:rPr>
          <w:rFonts w:ascii="Arial" w:hAnsi="Arial" w:cs="Arial"/>
        </w:rPr>
        <w:t>Floor box installation, junction boxes, and security systems</w:t>
      </w:r>
    </w:p>
    <w:p w14:paraId="5FA6E8C6" w14:textId="77777777" w:rsidR="00536C20" w:rsidRPr="009353D7" w:rsidRDefault="003B7C70">
      <w:pPr>
        <w:pStyle w:val="Ttulo2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Additional Experience</w:t>
      </w:r>
      <w:r w:rsidR="00A22A86" w:rsidRPr="009353D7">
        <w:rPr>
          <w:rFonts w:ascii="Arial" w:hAnsi="Arial" w:cs="Arial"/>
          <w:sz w:val="22"/>
          <w:szCs w:val="22"/>
        </w:rPr>
        <w:t xml:space="preserve"> </w:t>
      </w:r>
      <w:r w:rsidR="00A22A86" w:rsidRPr="009353D7">
        <w:rPr>
          <w:rFonts w:ascii="Arial" w:hAnsi="Arial" w:cs="Arial"/>
          <w:b w:val="0"/>
          <w:bCs w:val="0"/>
          <w:sz w:val="22"/>
          <w:szCs w:val="22"/>
        </w:rPr>
        <w:t>| Nov 2016 – Oct 2020</w:t>
      </w:r>
    </w:p>
    <w:p w14:paraId="213CE453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Trim Worker</w:t>
      </w:r>
      <w:r w:rsidRPr="009353D7">
        <w:rPr>
          <w:rFonts w:ascii="Arial" w:hAnsi="Arial" w:cs="Arial"/>
        </w:rPr>
        <w:br/>
        <w:t xml:space="preserve">SCS Construction Group – Indiana </w:t>
      </w:r>
      <w:r w:rsidRPr="009353D7">
        <w:rPr>
          <w:rFonts w:ascii="Arial" w:hAnsi="Arial" w:cs="Arial"/>
        </w:rPr>
        <w:br/>
        <w:t>- Installed trim and finishes in new homes, ensuring precision and quality</w:t>
      </w:r>
    </w:p>
    <w:p w14:paraId="38100950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Forklift Operator</w:t>
      </w:r>
      <w:r w:rsidRPr="009353D7">
        <w:rPr>
          <w:rFonts w:ascii="Arial" w:hAnsi="Arial" w:cs="Arial"/>
        </w:rPr>
        <w:br/>
        <w:t xml:space="preserve">FedEx – Whitestown, IN </w:t>
      </w:r>
      <w:r w:rsidRPr="009353D7">
        <w:rPr>
          <w:rFonts w:ascii="Arial" w:hAnsi="Arial" w:cs="Arial"/>
        </w:rPr>
        <w:br/>
        <w:t>- Loaded and unloaded merchandise safely and efficiently</w:t>
      </w:r>
    </w:p>
    <w:p w14:paraId="5A420EA3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Material Handler</w:t>
      </w:r>
      <w:r w:rsidRPr="009353D7">
        <w:rPr>
          <w:rFonts w:ascii="Arial" w:hAnsi="Arial" w:cs="Arial"/>
        </w:rPr>
        <w:br/>
        <w:t xml:space="preserve">Bastian Solutions – Westfield, IN </w:t>
      </w:r>
      <w:r w:rsidRPr="009353D7">
        <w:rPr>
          <w:rFonts w:ascii="Arial" w:hAnsi="Arial" w:cs="Arial"/>
        </w:rPr>
        <w:br/>
        <w:t>- Managed inventory and material movement in warehouse environment</w:t>
      </w:r>
    </w:p>
    <w:p w14:paraId="3338757B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Shipping Supervisor</w:t>
      </w:r>
      <w:r w:rsidRPr="009353D7">
        <w:rPr>
          <w:rFonts w:ascii="Arial" w:hAnsi="Arial" w:cs="Arial"/>
        </w:rPr>
        <w:br/>
        <w:t xml:space="preserve">Reliable Parts – Indianapolis, IN </w:t>
      </w:r>
      <w:r w:rsidRPr="009353D7">
        <w:rPr>
          <w:rFonts w:ascii="Arial" w:hAnsi="Arial" w:cs="Arial"/>
        </w:rPr>
        <w:br/>
        <w:t>- Oversaw shipping, receiving, inventory, and staff supervision</w:t>
      </w:r>
    </w:p>
    <w:p w14:paraId="17FFC99A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Picker/Packer</w:t>
      </w:r>
      <w:r w:rsidRPr="009353D7">
        <w:rPr>
          <w:rFonts w:ascii="Arial" w:hAnsi="Arial" w:cs="Arial"/>
        </w:rPr>
        <w:br/>
        <w:t xml:space="preserve">Reliable Parts – Indianapolis, IN </w:t>
      </w:r>
      <w:r w:rsidRPr="009353D7">
        <w:rPr>
          <w:rFonts w:ascii="Arial" w:hAnsi="Arial" w:cs="Arial"/>
        </w:rPr>
        <w:br/>
        <w:t>- Packed and prepared over 250 daily orders</w:t>
      </w:r>
    </w:p>
    <w:p w14:paraId="4AE5CB39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Assembler</w:t>
      </w:r>
      <w:r w:rsidRPr="009353D7">
        <w:rPr>
          <w:rFonts w:ascii="Arial" w:hAnsi="Arial" w:cs="Arial"/>
        </w:rPr>
        <w:br/>
        <w:t xml:space="preserve">Telamon Corporation – Carmel, IN </w:t>
      </w:r>
      <w:r w:rsidRPr="009353D7">
        <w:rPr>
          <w:rFonts w:ascii="Arial" w:hAnsi="Arial" w:cs="Arial"/>
        </w:rPr>
        <w:br/>
        <w:t>- Assembled and tested filters and electrical components</w:t>
      </w:r>
    </w:p>
    <w:p w14:paraId="6CB21EF9" w14:textId="77777777" w:rsidR="00536C20" w:rsidRPr="009353D7" w:rsidRDefault="003B7C70">
      <w:pPr>
        <w:pStyle w:val="Ttulo2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Certifications</w:t>
      </w:r>
    </w:p>
    <w:p w14:paraId="085B2B6C" w14:textId="77777777" w:rsidR="00536C20" w:rsidRPr="009353D7" w:rsidRDefault="003B7C70" w:rsidP="009353D7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 Certified Forklift Operator</w:t>
      </w:r>
    </w:p>
    <w:p w14:paraId="2C9D968B" w14:textId="77777777" w:rsidR="001A492A" w:rsidRPr="009353D7" w:rsidRDefault="001A492A" w:rsidP="009353D7">
      <w:pPr>
        <w:spacing w:after="0"/>
        <w:rPr>
          <w:rFonts w:ascii="Arial" w:hAnsi="Arial" w:cs="Arial"/>
        </w:rPr>
      </w:pPr>
      <w:r w:rsidRPr="009353D7">
        <w:rPr>
          <w:rFonts w:ascii="Arial" w:hAnsi="Arial" w:cs="Arial"/>
        </w:rPr>
        <w:t>- OSHA 10</w:t>
      </w:r>
    </w:p>
    <w:p w14:paraId="34A510D6" w14:textId="77777777" w:rsidR="00536C20" w:rsidRPr="009353D7" w:rsidRDefault="003B7C70">
      <w:pPr>
        <w:pStyle w:val="Ttulo2"/>
        <w:rPr>
          <w:rFonts w:ascii="Arial" w:hAnsi="Arial" w:cs="Arial"/>
          <w:sz w:val="22"/>
          <w:szCs w:val="22"/>
        </w:rPr>
      </w:pPr>
      <w:r w:rsidRPr="009353D7">
        <w:rPr>
          <w:rFonts w:ascii="Arial" w:hAnsi="Arial" w:cs="Arial"/>
          <w:sz w:val="22"/>
          <w:szCs w:val="22"/>
        </w:rPr>
        <w:t>Education</w:t>
      </w:r>
    </w:p>
    <w:p w14:paraId="3B83C061" w14:textId="77777777" w:rsidR="00536C20" w:rsidRPr="009353D7" w:rsidRDefault="003B7C70">
      <w:pPr>
        <w:rPr>
          <w:rFonts w:ascii="Arial" w:hAnsi="Arial" w:cs="Arial"/>
        </w:rPr>
      </w:pPr>
      <w:r w:rsidRPr="009353D7">
        <w:rPr>
          <w:rFonts w:ascii="Arial" w:hAnsi="Arial" w:cs="Arial"/>
        </w:rPr>
        <w:t>Associate Degree in Industrial Relations</w:t>
      </w:r>
      <w:r w:rsidRPr="009353D7">
        <w:rPr>
          <w:rFonts w:ascii="Arial" w:hAnsi="Arial" w:cs="Arial"/>
        </w:rPr>
        <w:br/>
        <w:t>IUTRLA – Caracas, Venezuela | 2002</w:t>
      </w:r>
    </w:p>
    <w:p w14:paraId="48780C86" w14:textId="77777777" w:rsidR="00536C20" w:rsidRDefault="00536C20"/>
    <w:p w14:paraId="40854EDD" w14:textId="77777777" w:rsidR="007933CE" w:rsidRDefault="004A0C47">
      <w:r>
        <w:t>References available upon request.</w:t>
      </w:r>
    </w:p>
    <w:sectPr w:rsidR="007933CE" w:rsidSect="00A22A86"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CA6E76"/>
    <w:multiLevelType w:val="hybridMultilevel"/>
    <w:tmpl w:val="ADA8736E"/>
    <w:lvl w:ilvl="0" w:tplc="5C382FB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C792A"/>
    <w:multiLevelType w:val="hybridMultilevel"/>
    <w:tmpl w:val="6DE0AD7A"/>
    <w:lvl w:ilvl="0" w:tplc="7C3CA04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D3723"/>
    <w:multiLevelType w:val="hybridMultilevel"/>
    <w:tmpl w:val="38B4E05A"/>
    <w:lvl w:ilvl="0" w:tplc="4ED81F5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842092">
    <w:abstractNumId w:val="8"/>
  </w:num>
  <w:num w:numId="2" w16cid:durableId="420300828">
    <w:abstractNumId w:val="6"/>
  </w:num>
  <w:num w:numId="3" w16cid:durableId="1454133973">
    <w:abstractNumId w:val="5"/>
  </w:num>
  <w:num w:numId="4" w16cid:durableId="1843931675">
    <w:abstractNumId w:val="4"/>
  </w:num>
  <w:num w:numId="5" w16cid:durableId="554705032">
    <w:abstractNumId w:val="7"/>
  </w:num>
  <w:num w:numId="6" w16cid:durableId="842740353">
    <w:abstractNumId w:val="3"/>
  </w:num>
  <w:num w:numId="7" w16cid:durableId="1134561726">
    <w:abstractNumId w:val="2"/>
  </w:num>
  <w:num w:numId="8" w16cid:durableId="1379355591">
    <w:abstractNumId w:val="1"/>
  </w:num>
  <w:num w:numId="9" w16cid:durableId="1765373213">
    <w:abstractNumId w:val="0"/>
  </w:num>
  <w:num w:numId="10" w16cid:durableId="1094277657">
    <w:abstractNumId w:val="11"/>
  </w:num>
  <w:num w:numId="11" w16cid:durableId="1119493933">
    <w:abstractNumId w:val="9"/>
  </w:num>
  <w:num w:numId="12" w16cid:durableId="1074401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827"/>
    <w:rsid w:val="0006063C"/>
    <w:rsid w:val="0015074B"/>
    <w:rsid w:val="001A492A"/>
    <w:rsid w:val="001C3586"/>
    <w:rsid w:val="00281151"/>
    <w:rsid w:val="0029639D"/>
    <w:rsid w:val="00326F90"/>
    <w:rsid w:val="00362493"/>
    <w:rsid w:val="003B7C70"/>
    <w:rsid w:val="004A0C47"/>
    <w:rsid w:val="00536141"/>
    <w:rsid w:val="00536C20"/>
    <w:rsid w:val="005C7DC3"/>
    <w:rsid w:val="0068417D"/>
    <w:rsid w:val="0074295A"/>
    <w:rsid w:val="007933CE"/>
    <w:rsid w:val="007A5BB6"/>
    <w:rsid w:val="008D2A39"/>
    <w:rsid w:val="009353D7"/>
    <w:rsid w:val="009543E2"/>
    <w:rsid w:val="009560A7"/>
    <w:rsid w:val="009636C7"/>
    <w:rsid w:val="009D7579"/>
    <w:rsid w:val="009E5D98"/>
    <w:rsid w:val="00A22A86"/>
    <w:rsid w:val="00AA1D8D"/>
    <w:rsid w:val="00AD0E8E"/>
    <w:rsid w:val="00AD65B2"/>
    <w:rsid w:val="00B47730"/>
    <w:rsid w:val="00B5420A"/>
    <w:rsid w:val="00C526F1"/>
    <w:rsid w:val="00C65FC1"/>
    <w:rsid w:val="00C67C91"/>
    <w:rsid w:val="00CA668C"/>
    <w:rsid w:val="00CB0664"/>
    <w:rsid w:val="00D01205"/>
    <w:rsid w:val="00D232FB"/>
    <w:rsid w:val="00D5350E"/>
    <w:rsid w:val="00E2326E"/>
    <w:rsid w:val="00E2392A"/>
    <w:rsid w:val="00F23B97"/>
    <w:rsid w:val="00F876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273AE"/>
  <w14:defaultImageDpi w14:val="300"/>
  <w15:docId w15:val="{3276CEE3-D385-5040-AA1C-6F6222ED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pérez</cp:lastModifiedBy>
  <cp:revision>16</cp:revision>
  <dcterms:created xsi:type="dcterms:W3CDTF">2025-08-19T01:30:00Z</dcterms:created>
  <dcterms:modified xsi:type="dcterms:W3CDTF">2025-11-24T13:15:00Z</dcterms:modified>
  <cp:category/>
</cp:coreProperties>
</file>